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eastAsia="Arial"/>
          <w:b/>
          <w:color w:val="1F4E79"/>
          <w:sz w:val="36"/>
        </w:rPr>
        <w:t>Edited English Transcript: Drug Disintegration Image Analysis</w:t>
      </w:r>
    </w:p>
    <w:p>
      <w:pPr>
        <w:jc w:val="center"/>
      </w:pPr>
      <w:r>
        <w:rPr>
          <w:rFonts w:ascii="Arial" w:hAnsi="Arial" w:eastAsia="Arial"/>
          <w:i/>
          <w:sz w:val="22"/>
        </w:rPr>
        <w:t>Doxycycline Hyclate Tablets - Groups A and B</w:t>
      </w:r>
    </w:p>
    <w:p>
      <w:pPr>
        <w:spacing w:after="60" w:line="252" w:lineRule="auto"/>
        <w:jc w:val="center"/>
      </w:pPr>
      <w:r>
        <w:rPr>
          <w:rFonts w:ascii="Arial" w:hAnsi="Arial" w:eastAsia="Arial"/>
          <w:b w:val="0"/>
          <w:i/>
          <w:color w:val="5A5A5A"/>
          <w:sz w:val="19"/>
        </w:rPr>
        <w:t>Scope: This document contains the English drug-disintegration discussion and excludes the later document-generation request. The analysis is based on visible image characteristics only, not chemical testing.</w:t>
      </w:r>
    </w:p>
    <w:p/>
    <w:p>
      <w:pPr>
        <w:pStyle w:val="Heading1"/>
      </w:pPr>
      <w:r>
        <w:t>1. Initial Request and Preparation</w:t>
      </w:r>
    </w:p>
    <w:p>
      <w:pPr>
        <w:spacing w:before="60" w:after="20"/>
      </w:pPr>
      <w:r>
        <w:rPr>
          <w:rFonts w:ascii="Arial" w:hAnsi="Arial" w:eastAsia="Arial"/>
          <w:b/>
          <w:color w:val="1F4E79"/>
          <w:sz w:val="21"/>
        </w:rPr>
        <w:t>User</w:t>
      </w:r>
    </w:p>
    <w:p>
      <w:pPr>
        <w:spacing w:after="60" w:line="252" w:lineRule="auto"/>
      </w:pPr>
      <w:r>
        <w:rPr>
          <w:rFonts w:ascii="Arial" w:hAnsi="Arial" w:eastAsia="Arial"/>
          <w:b w:val="0"/>
          <w:i w:val="0"/>
        </w:rPr>
        <w:t>I need you to try analyzing the disintegration images of two groups of Doxycycline Hyclate Tablets, A and B. These may be images of the same drug or different drugs. I need you to determine whether the images are from the same drug or not. For each group, I will upload 5 images. Each picture is taken 15 minutes apart. Please describe the drug disintegration process in English for each image in the group, and finally determine whether the two sets of images are from the same drug.</w:t>
      </w:r>
    </w:p>
    <w:p>
      <w:pPr>
        <w:spacing w:after="60" w:line="252" w:lineRule="auto"/>
      </w:pPr>
      <w:r>
        <w:rPr>
          <w:rFonts w:ascii="Arial" w:hAnsi="Arial" w:eastAsia="Arial"/>
          <w:b w:val="0"/>
          <w:i w:val="0"/>
        </w:rPr>
        <w:t>You can call the Knowledge Base to remember how to describe drug disintegration. As you describe the tablets in English, pay attention to changes in the size and shape of the tablets. If you have prepared, I will upload Group A, picture 1, at 0 minutes.</w:t>
      </w:r>
    </w:p>
    <w:p>
      <w:pPr>
        <w:spacing w:before="60" w:after="20"/>
      </w:pPr>
      <w:r>
        <w:rPr>
          <w:rFonts w:ascii="Arial" w:hAnsi="Arial" w:eastAsia="Arial"/>
          <w:b/>
          <w:color w:val="1F4E79"/>
          <w:sz w:val="21"/>
        </w:rPr>
        <w:t>Assistant</w:t>
      </w:r>
    </w:p>
    <w:p>
      <w:pPr>
        <w:spacing w:after="60" w:line="252" w:lineRule="auto"/>
      </w:pPr>
      <w:r>
        <w:rPr>
          <w:rFonts w:ascii="Arial" w:hAnsi="Arial" w:eastAsia="Arial"/>
          <w:b w:val="0"/>
          <w:i w:val="0"/>
        </w:rPr>
        <w:t>I am prepared. Please upload Group A, picture 1 at 0 minutes.</w:t>
      </w:r>
    </w:p>
    <w:p>
      <w:pPr>
        <w:spacing w:after="60" w:line="252" w:lineRule="auto"/>
      </w:pPr>
      <w:r>
        <w:rPr>
          <w:rFonts w:ascii="Arial" w:hAnsi="Arial" w:eastAsia="Arial"/>
          <w:b w:val="0"/>
          <w:i w:val="0"/>
        </w:rPr>
        <w:t>I will describe each image in English using the eight disintegration dimensions: color change, shape change, surface texture, volume/size change, dissolution speed and time, physical state, dissolution medium, and fragment distribution/density. I will pay special attention to tablet size, contour, cracking, swelling, fragmentation, and shape retention. After all images are available, I will compare Group A and Group B to judge whether they likely show the same drug/formulation or different drugs.</w:t>
      </w:r>
    </w:p>
    <w:p>
      <w:pPr>
        <w:spacing w:before="60" w:after="20"/>
      </w:pPr>
      <w:r>
        <w:rPr>
          <w:rFonts w:ascii="Arial" w:hAnsi="Arial" w:eastAsia="Arial"/>
          <w:b/>
          <w:color w:val="1F4E79"/>
          <w:sz w:val="21"/>
        </w:rPr>
        <w:t>User</w:t>
      </w:r>
    </w:p>
    <w:p>
      <w:pPr>
        <w:spacing w:after="60" w:line="252" w:lineRule="auto"/>
      </w:pPr>
      <w:r>
        <w:rPr>
          <w:rFonts w:ascii="Arial" w:hAnsi="Arial" w:eastAsia="Arial"/>
          <w:b w:val="0"/>
          <w:i w:val="0"/>
        </w:rPr>
        <w:t>You are not totally prepared. Please call the Knowledge Base again to remember how to describe drug disintegration.</w:t>
      </w:r>
    </w:p>
    <w:p>
      <w:pPr>
        <w:spacing w:before="60" w:after="20"/>
      </w:pPr>
      <w:r>
        <w:rPr>
          <w:rFonts w:ascii="Arial" w:hAnsi="Arial" w:eastAsia="Arial"/>
          <w:b/>
          <w:color w:val="1F4E79"/>
          <w:sz w:val="21"/>
        </w:rPr>
        <w:t>Assistant</w:t>
      </w:r>
    </w:p>
    <w:p>
      <w:pPr>
        <w:spacing w:after="60" w:line="252" w:lineRule="auto"/>
      </w:pPr>
      <w:r>
        <w:rPr>
          <w:rFonts w:ascii="Arial" w:hAnsi="Arial" w:eastAsia="Arial"/>
          <w:b w:val="0"/>
          <w:i w:val="0"/>
        </w:rPr>
        <w:t>I have called the Knowledge Base again and refreshed the full description framework.</w:t>
      </w:r>
    </w:p>
    <w:p>
      <w:pPr>
        <w:spacing w:after="60" w:line="252" w:lineRule="auto"/>
      </w:pPr>
      <w:r>
        <w:rPr>
          <w:rFonts w:ascii="Arial" w:hAnsi="Arial" w:eastAsia="Arial"/>
          <w:b w:val="0"/>
          <w:i w:val="0"/>
        </w:rPr>
        <w:t>For every image you upload, I will describe the Doxycycline Hyclate tablet disintegration using all eight dimensions:</w:t>
      </w:r>
    </w:p>
    <w:p>
      <w:pPr>
        <w:pStyle w:val="ListNumber"/>
        <w:spacing w:after="30"/>
      </w:pPr>
      <w:r>
        <w:rPr>
          <w:rFonts w:ascii="Arial" w:hAnsi="Arial" w:eastAsia="Arial"/>
          <w:sz w:val="20"/>
        </w:rPr>
        <w:t>Color change - solution color, transparency, turbidity, and local or uniform color spread.</w:t>
      </w:r>
    </w:p>
    <w:p>
      <w:pPr>
        <w:pStyle w:val="ListNumber"/>
        <w:spacing w:after="30"/>
      </w:pPr>
      <w:r>
        <w:rPr>
          <w:rFonts w:ascii="Arial" w:hAnsi="Arial" w:eastAsia="Arial"/>
          <w:sz w:val="20"/>
        </w:rPr>
        <w:t>Shape change - whether the tablet remains intact, becomes irregular, cracks, collapses, or fragments.</w:t>
      </w:r>
    </w:p>
    <w:p>
      <w:pPr>
        <w:pStyle w:val="ListNumber"/>
        <w:spacing w:after="30"/>
      </w:pPr>
      <w:r>
        <w:rPr>
          <w:rFonts w:ascii="Arial" w:hAnsi="Arial" w:eastAsia="Arial"/>
          <w:sz w:val="20"/>
        </w:rPr>
        <w:t>Surface texture change - smoothness, roughness, pores, peeling, cracks, and flaky or fibrous surfaces.</w:t>
      </w:r>
    </w:p>
    <w:p>
      <w:pPr>
        <w:pStyle w:val="ListNumber"/>
        <w:spacing w:after="30"/>
      </w:pPr>
      <w:r>
        <w:rPr>
          <w:rFonts w:ascii="Arial" w:hAnsi="Arial" w:eastAsia="Arial"/>
          <w:sz w:val="20"/>
        </w:rPr>
        <w:t>Volume / size change - reduction in diameter, height, edge definition, swelling, shrinkage, or collapse.</w:t>
      </w:r>
    </w:p>
    <w:p>
      <w:pPr>
        <w:pStyle w:val="ListNumber"/>
        <w:spacing w:after="30"/>
      </w:pPr>
      <w:r>
        <w:rPr>
          <w:rFonts w:ascii="Arial" w:hAnsi="Arial" w:eastAsia="Arial"/>
          <w:sz w:val="20"/>
        </w:rPr>
        <w:t>Dissolution speed and time - slow or fast stage, whether disintegration accelerates after cracking, and comparison across 0, 15, 30, 45, and 60 minutes.</w:t>
      </w:r>
    </w:p>
    <w:p>
      <w:pPr>
        <w:pStyle w:val="ListNumber"/>
        <w:spacing w:after="30"/>
      </w:pPr>
      <w:r>
        <w:rPr>
          <w:rFonts w:ascii="Arial" w:hAnsi="Arial" w:eastAsia="Arial"/>
          <w:sz w:val="20"/>
        </w:rPr>
        <w:t>Physical state change - swelling, internal weakening, pore expansion, cracking, breaking, and particle formation.</w:t>
      </w:r>
    </w:p>
    <w:p>
      <w:pPr>
        <w:pStyle w:val="ListNumber"/>
        <w:spacing w:after="30"/>
      </w:pPr>
      <w:r>
        <w:rPr>
          <w:rFonts w:ascii="Arial" w:hAnsi="Arial" w:eastAsia="Arial"/>
          <w:sz w:val="20"/>
        </w:rPr>
        <w:t>Dissolution medium - clarity, turbidity, sediment, suspension, and visible interaction between tablet and liquid.</w:t>
      </w:r>
    </w:p>
    <w:p>
      <w:pPr>
        <w:pStyle w:val="ListNumber"/>
        <w:spacing w:after="30"/>
      </w:pPr>
      <w:r>
        <w:rPr>
          <w:rFonts w:ascii="Arial" w:hAnsi="Arial" w:eastAsia="Arial"/>
          <w:sz w:val="20"/>
        </w:rPr>
        <w:t>Fragment distribution and density - large fragments, fine particles, sediment at the bottom, suspended powder, and fragment concentration around the tablet.</w:t>
      </w:r>
    </w:p>
    <w:p>
      <w:pPr>
        <w:spacing w:after="60" w:line="252" w:lineRule="auto"/>
      </w:pPr>
      <w:r>
        <w:rPr>
          <w:rFonts w:ascii="Arial" w:hAnsi="Arial" w:eastAsia="Arial"/>
          <w:b w:val="0"/>
          <w:i w:val="0"/>
        </w:rPr>
        <w:t>I will especially focus on size and shape, because the Knowledge Base notes that tablet size and shape affect the disintegration pattern and can help distinguish whether two groups may be the same drug or different formulations.</w:t>
      </w:r>
    </w:p>
    <w:p>
      <w:pPr>
        <w:spacing w:after="60" w:line="252" w:lineRule="auto"/>
      </w:pPr>
      <w:r>
        <w:rPr>
          <w:rFonts w:ascii="Arial" w:hAnsi="Arial" w:eastAsia="Arial"/>
          <w:b w:val="0"/>
          <w:i w:val="0"/>
        </w:rPr>
        <w:t>Please upload Group A - picture 1 - 0 minutes.</w:t>
      </w:r>
    </w:p>
    <w:p>
      <w:pPr>
        <w:pStyle w:val="Heading1"/>
      </w:pPr>
      <w:r>
        <w:t>2. Group A Images and Analysis</w:t>
      </w:r>
    </w:p>
    <w:p>
      <w:pPr>
        <w:spacing w:before="60" w:after="20"/>
      </w:pPr>
      <w:r>
        <w:rPr>
          <w:rFonts w:ascii="Arial" w:hAnsi="Arial" w:eastAsia="Arial"/>
          <w:b/>
          <w:color w:val="1F4E79"/>
          <w:sz w:val="21"/>
        </w:rPr>
        <w:t>User</w:t>
      </w:r>
    </w:p>
    <w:p>
      <w:pPr>
        <w:spacing w:after="60" w:line="252" w:lineRule="auto"/>
      </w:pPr>
      <w:r>
        <w:rPr>
          <w:rFonts w:ascii="Arial" w:hAnsi="Arial" w:eastAsia="Arial"/>
          <w:b w:val="0"/>
          <w:i w:val="0"/>
        </w:rPr>
        <w:t>When you describe the drug, please make sure your English description is accurate. Think carefully and reduce the occurrence of hallucinations. Each picture is taken 15 minutes apart. This is Group A.</w:t>
      </w:r>
    </w:p>
    <w:p>
      <w:pPr>
        <w:pStyle w:val="Heading2"/>
      </w:pPr>
      <w:r>
        <w:t>Group A Uploaded Images</w:t>
      </w:r>
    </w:p>
    <w:p>
      <w:pPr>
        <w:jc w:val="center"/>
      </w:pPr>
      <w:r>
        <w:drawing>
          <wp:inline xmlns:a="http://schemas.openxmlformats.org/drawingml/2006/main" xmlns:pic="http://schemas.openxmlformats.org/drawingml/2006/picture">
            <wp:extent cx="5303520" cy="2983230"/>
            <wp:docPr id="1" name="Picture 1"/>
            <wp:cNvGraphicFramePr>
              <a:graphicFrameLocks noChangeAspect="1"/>
            </wp:cNvGraphicFramePr>
            <a:graphic>
              <a:graphicData uri="http://schemas.openxmlformats.org/drawingml/2006/picture">
                <pic:pic>
                  <pic:nvPicPr>
                    <pic:cNvPr id="0" name="01 0.jpg"/>
                    <pic:cNvPicPr/>
                  </pic:nvPicPr>
                  <pic:blipFill>
                    <a:blip r:embed="rId9"/>
                    <a:stretch>
                      <a:fillRect/>
                    </a:stretch>
                  </pic:blipFill>
                  <pic:spPr>
                    <a:xfrm>
                      <a:off x="0" y="0"/>
                      <a:ext cx="5303520" cy="2983230"/>
                    </a:xfrm>
                    <a:prstGeom prst="rect"/>
                  </pic:spPr>
                </pic:pic>
              </a:graphicData>
            </a:graphic>
          </wp:inline>
        </w:drawing>
      </w:r>
    </w:p>
    <w:p>
      <w:pPr>
        <w:spacing w:after="120"/>
        <w:jc w:val="center"/>
      </w:pPr>
      <w:r>
        <w:rPr>
          <w:rFonts w:ascii="Arial" w:hAnsi="Arial" w:eastAsia="Arial"/>
          <w:i/>
          <w:sz w:val="18"/>
        </w:rPr>
        <w:t>Group A - 0 min</w:t>
      </w:r>
    </w:p>
    <w:p>
      <w:pPr>
        <w:jc w:val="center"/>
      </w:pPr>
      <w:r>
        <w:drawing>
          <wp:inline xmlns:a="http://schemas.openxmlformats.org/drawingml/2006/main" xmlns:pic="http://schemas.openxmlformats.org/drawingml/2006/picture">
            <wp:extent cx="5303520" cy="2983230"/>
            <wp:docPr id="2" name="Picture 2"/>
            <wp:cNvGraphicFramePr>
              <a:graphicFrameLocks noChangeAspect="1"/>
            </wp:cNvGraphicFramePr>
            <a:graphic>
              <a:graphicData uri="http://schemas.openxmlformats.org/drawingml/2006/picture">
                <pic:pic>
                  <pic:nvPicPr>
                    <pic:cNvPr id="0" name="01 15.jpg"/>
                    <pic:cNvPicPr/>
                  </pic:nvPicPr>
                  <pic:blipFill>
                    <a:blip r:embed="rId10"/>
                    <a:stretch>
                      <a:fillRect/>
                    </a:stretch>
                  </pic:blipFill>
                  <pic:spPr>
                    <a:xfrm>
                      <a:off x="0" y="0"/>
                      <a:ext cx="5303520" cy="2983230"/>
                    </a:xfrm>
                    <a:prstGeom prst="rect"/>
                  </pic:spPr>
                </pic:pic>
              </a:graphicData>
            </a:graphic>
          </wp:inline>
        </w:drawing>
      </w:r>
    </w:p>
    <w:p>
      <w:pPr>
        <w:spacing w:after="120"/>
        <w:jc w:val="center"/>
      </w:pPr>
      <w:r>
        <w:rPr>
          <w:rFonts w:ascii="Arial" w:hAnsi="Arial" w:eastAsia="Arial"/>
          <w:i/>
          <w:sz w:val="18"/>
        </w:rPr>
        <w:t>Group A - 15 min</w:t>
      </w:r>
    </w:p>
    <w:p>
      <w:pPr>
        <w:jc w:val="center"/>
      </w:pPr>
      <w:r>
        <w:drawing>
          <wp:inline xmlns:a="http://schemas.openxmlformats.org/drawingml/2006/main" xmlns:pic="http://schemas.openxmlformats.org/drawingml/2006/picture">
            <wp:extent cx="5303520" cy="2983230"/>
            <wp:docPr id="3" name="Picture 3"/>
            <wp:cNvGraphicFramePr>
              <a:graphicFrameLocks noChangeAspect="1"/>
            </wp:cNvGraphicFramePr>
            <a:graphic>
              <a:graphicData uri="http://schemas.openxmlformats.org/drawingml/2006/picture">
                <pic:pic>
                  <pic:nvPicPr>
                    <pic:cNvPr id="0" name="01 30.jpg"/>
                    <pic:cNvPicPr/>
                  </pic:nvPicPr>
                  <pic:blipFill>
                    <a:blip r:embed="rId11"/>
                    <a:stretch>
                      <a:fillRect/>
                    </a:stretch>
                  </pic:blipFill>
                  <pic:spPr>
                    <a:xfrm>
                      <a:off x="0" y="0"/>
                      <a:ext cx="5303520" cy="2983230"/>
                    </a:xfrm>
                    <a:prstGeom prst="rect"/>
                  </pic:spPr>
                </pic:pic>
              </a:graphicData>
            </a:graphic>
          </wp:inline>
        </w:drawing>
      </w:r>
    </w:p>
    <w:p>
      <w:pPr>
        <w:spacing w:after="120"/>
        <w:jc w:val="center"/>
      </w:pPr>
      <w:r>
        <w:rPr>
          <w:rFonts w:ascii="Arial" w:hAnsi="Arial" w:eastAsia="Arial"/>
          <w:i/>
          <w:sz w:val="18"/>
        </w:rPr>
        <w:t>Group A - 30 min</w:t>
      </w:r>
    </w:p>
    <w:p>
      <w:pPr>
        <w:jc w:val="center"/>
      </w:pPr>
      <w:r>
        <w:drawing>
          <wp:inline xmlns:a="http://schemas.openxmlformats.org/drawingml/2006/main" xmlns:pic="http://schemas.openxmlformats.org/drawingml/2006/picture">
            <wp:extent cx="5303520" cy="2983230"/>
            <wp:docPr id="4" name="Picture 4"/>
            <wp:cNvGraphicFramePr>
              <a:graphicFrameLocks noChangeAspect="1"/>
            </wp:cNvGraphicFramePr>
            <a:graphic>
              <a:graphicData uri="http://schemas.openxmlformats.org/drawingml/2006/picture">
                <pic:pic>
                  <pic:nvPicPr>
                    <pic:cNvPr id="0" name="01 45.jpg"/>
                    <pic:cNvPicPr/>
                  </pic:nvPicPr>
                  <pic:blipFill>
                    <a:blip r:embed="rId12"/>
                    <a:stretch>
                      <a:fillRect/>
                    </a:stretch>
                  </pic:blipFill>
                  <pic:spPr>
                    <a:xfrm>
                      <a:off x="0" y="0"/>
                      <a:ext cx="5303520" cy="2983230"/>
                    </a:xfrm>
                    <a:prstGeom prst="rect"/>
                  </pic:spPr>
                </pic:pic>
              </a:graphicData>
            </a:graphic>
          </wp:inline>
        </w:drawing>
      </w:r>
    </w:p>
    <w:p>
      <w:pPr>
        <w:spacing w:after="120"/>
        <w:jc w:val="center"/>
      </w:pPr>
      <w:r>
        <w:rPr>
          <w:rFonts w:ascii="Arial" w:hAnsi="Arial" w:eastAsia="Arial"/>
          <w:i/>
          <w:sz w:val="18"/>
        </w:rPr>
        <w:t>Group A - 45 min</w:t>
      </w:r>
    </w:p>
    <w:p>
      <w:pPr>
        <w:jc w:val="center"/>
      </w:pPr>
      <w:r>
        <w:drawing>
          <wp:inline xmlns:a="http://schemas.openxmlformats.org/drawingml/2006/main" xmlns:pic="http://schemas.openxmlformats.org/drawingml/2006/picture">
            <wp:extent cx="5303520" cy="2983230"/>
            <wp:docPr id="5" name="Picture 5"/>
            <wp:cNvGraphicFramePr>
              <a:graphicFrameLocks noChangeAspect="1"/>
            </wp:cNvGraphicFramePr>
            <a:graphic>
              <a:graphicData uri="http://schemas.openxmlformats.org/drawingml/2006/picture">
                <pic:pic>
                  <pic:nvPicPr>
                    <pic:cNvPr id="0" name="01 60.jpg"/>
                    <pic:cNvPicPr/>
                  </pic:nvPicPr>
                  <pic:blipFill>
                    <a:blip r:embed="rId13"/>
                    <a:stretch>
                      <a:fillRect/>
                    </a:stretch>
                  </pic:blipFill>
                  <pic:spPr>
                    <a:xfrm>
                      <a:off x="0" y="0"/>
                      <a:ext cx="5303520" cy="2983230"/>
                    </a:xfrm>
                    <a:prstGeom prst="rect"/>
                  </pic:spPr>
                </pic:pic>
              </a:graphicData>
            </a:graphic>
          </wp:inline>
        </w:drawing>
      </w:r>
    </w:p>
    <w:p>
      <w:pPr>
        <w:spacing w:after="120"/>
        <w:jc w:val="center"/>
      </w:pPr>
      <w:r>
        <w:rPr>
          <w:rFonts w:ascii="Arial" w:hAnsi="Arial" w:eastAsia="Arial"/>
          <w:i/>
          <w:sz w:val="18"/>
        </w:rPr>
        <w:t>Group A - 60 min</w:t>
      </w:r>
    </w:p>
    <w:p>
      <w:pPr>
        <w:spacing w:before="60" w:after="20"/>
      </w:pPr>
      <w:r>
        <w:rPr>
          <w:rFonts w:ascii="Arial" w:hAnsi="Arial" w:eastAsia="Arial"/>
          <w:b/>
          <w:color w:val="1F4E79"/>
          <w:sz w:val="21"/>
        </w:rPr>
        <w:t>Assistant</w:t>
      </w:r>
    </w:p>
    <w:p>
      <w:pPr>
        <w:spacing w:after="60" w:line="252" w:lineRule="auto"/>
      </w:pPr>
      <w:r>
        <w:rPr>
          <w:rFonts w:ascii="Arial" w:hAnsi="Arial" w:eastAsia="Arial"/>
          <w:b w:val="0"/>
          <w:i w:val="0"/>
        </w:rPr>
        <w:t>I have analyzed the five uploaded images as Group A at 0, 15, 30, 45, and 60 minutes. I used the Knowledge Base framework of eight dimensions: color, shape, surface texture, volume, dissolution speed/time, physical state, dissolution medium, and fragment distribution/density. I will keep the description visual-only and avoid claiming chemical identity from images alone.</w:t>
      </w:r>
    </w:p>
    <w:p>
      <w:pPr>
        <w:pStyle w:val="Heading2"/>
      </w:pPr>
      <w:r>
        <w:t>Group A - Doxycycline Hyclate Tablets - Time-series Description</w:t>
      </w:r>
    </w:p>
    <w:p>
      <w:pPr>
        <w:pStyle w:val="Heading3"/>
      </w:pPr>
      <w:r>
        <w:t>Image 1 - 0 min</w:t>
      </w:r>
    </w:p>
    <w:tbl>
      <w:tblPr>
        <w:tblStyle w:val="TableGrid"/>
        <w:tblW w:type="auto" w:w="0"/>
        <w:jc w:val="center"/>
        <w:tblLayout w:type="autofit"/>
        <w:tblLook w:firstColumn="1" w:firstRow="1" w:lastColumn="0" w:lastRow="0" w:noHBand="0" w:noVBand="1" w:val="04A0"/>
      </w:tblPr>
      <w:tblGrid>
        <w:gridCol w:w="5184"/>
        <w:gridCol w:w="5184"/>
      </w:tblGrid>
      <w:tr>
        <w:tc>
          <w:tcPr>
            <w:tcW w:type="dxa" w:w="5184"/>
            <w:shd w:fill="D9EAF7"/>
          </w:tcPr>
          <w:p>
            <w:r/>
            <w:r>
              <w:rPr>
                <w:rFonts w:ascii="Arial" w:hAnsi="Arial" w:eastAsia="Arial"/>
                <w:b/>
                <w:sz w:val="19"/>
              </w:rPr>
              <w:t>Dimension</w:t>
            </w:r>
          </w:p>
        </w:tc>
        <w:tc>
          <w:tcPr>
            <w:tcW w:type="dxa" w:w="5184"/>
            <w:shd w:fill="D9EAF7"/>
          </w:tcPr>
          <w:p>
            <w:r/>
            <w:r>
              <w:rPr>
                <w:rFonts w:ascii="Arial" w:hAnsi="Arial" w:eastAsia="Arial"/>
                <w:b/>
                <w:sz w:val="19"/>
              </w:rPr>
              <w:t>Description</w:t>
            </w:r>
          </w:p>
        </w:tc>
      </w:tr>
      <w:tr>
        <w:tc>
          <w:tcPr>
            <w:tcW w:type="dxa" w:w="5184"/>
            <w:vAlign w:val="top"/>
          </w:tcPr>
          <w:p>
            <w:r/>
            <w:r>
              <w:rPr>
                <w:rFonts w:ascii="Arial" w:hAnsi="Arial" w:eastAsia="Arial"/>
                <w:b/>
                <w:sz w:val="18"/>
              </w:rPr>
              <w:t>Color change</w:t>
            </w:r>
          </w:p>
        </w:tc>
        <w:tc>
          <w:tcPr>
            <w:tcW w:type="dxa" w:w="5184"/>
            <w:vAlign w:val="top"/>
          </w:tcPr>
          <w:p>
            <w:r/>
            <w:r>
              <w:rPr>
                <w:rFonts w:ascii="Arial" w:hAnsi="Arial" w:eastAsia="Arial"/>
                <w:b w:val="0"/>
                <w:sz w:val="18"/>
              </w:rPr>
              <w:t>The tablet appears uniformly white to off-white. No yellow internal material is visible yet. The surrounding medium appears clear/dark, without visible turbidity.</w:t>
            </w:r>
          </w:p>
        </w:tc>
      </w:tr>
      <w:tr>
        <w:tc>
          <w:tcPr>
            <w:tcW w:type="dxa" w:w="5184"/>
            <w:vAlign w:val="top"/>
          </w:tcPr>
          <w:p>
            <w:r/>
            <w:r>
              <w:rPr>
                <w:rFonts w:ascii="Arial" w:hAnsi="Arial" w:eastAsia="Arial"/>
                <w:b/>
                <w:sz w:val="18"/>
              </w:rPr>
              <w:t>Shape change</w:t>
            </w:r>
          </w:p>
        </w:tc>
        <w:tc>
          <w:tcPr>
            <w:tcW w:type="dxa" w:w="5184"/>
            <w:vAlign w:val="top"/>
          </w:tcPr>
          <w:p>
            <w:r/>
            <w:r>
              <w:rPr>
                <w:rFonts w:ascii="Arial" w:hAnsi="Arial" w:eastAsia="Arial"/>
                <w:b w:val="0"/>
                <w:sz w:val="18"/>
              </w:rPr>
              <w:t>The tablet is still intact. It has a caplet-like or oval-tablet side profile, with a domed upper surface, a relatively straight side wall, and a curved lower edge.</w:t>
            </w:r>
          </w:p>
        </w:tc>
      </w:tr>
      <w:tr>
        <w:tc>
          <w:tcPr>
            <w:tcW w:type="dxa" w:w="5184"/>
            <w:vAlign w:val="top"/>
          </w:tcPr>
          <w:p>
            <w:r/>
            <w:r>
              <w:rPr>
                <w:rFonts w:ascii="Arial" w:hAnsi="Arial" w:eastAsia="Arial"/>
                <w:b/>
                <w:sz w:val="18"/>
              </w:rPr>
              <w:t>Surface texture change</w:t>
            </w:r>
          </w:p>
        </w:tc>
        <w:tc>
          <w:tcPr>
            <w:tcW w:type="dxa" w:w="5184"/>
            <w:vAlign w:val="top"/>
          </w:tcPr>
          <w:p>
            <w:r/>
            <w:r>
              <w:rPr>
                <w:rFonts w:ascii="Arial" w:hAnsi="Arial" w:eastAsia="Arial"/>
                <w:b w:val="0"/>
                <w:sz w:val="18"/>
              </w:rPr>
              <w:t>The surface looks mostly smooth and compact, with no obvious cracks, peeling, pores, or powdery erosion. A small bubble is visible near the right upper edge, but this appears attached to the tablet surface rather than being a fragment.</w:t>
            </w:r>
          </w:p>
        </w:tc>
      </w:tr>
      <w:tr>
        <w:tc>
          <w:tcPr>
            <w:tcW w:type="dxa" w:w="5184"/>
            <w:vAlign w:val="top"/>
          </w:tcPr>
          <w:p>
            <w:r/>
            <w:r>
              <w:rPr>
                <w:rFonts w:ascii="Arial" w:hAnsi="Arial" w:eastAsia="Arial"/>
                <w:b/>
                <w:sz w:val="18"/>
              </w:rPr>
              <w:t>Volume / size change</w:t>
            </w:r>
          </w:p>
        </w:tc>
        <w:tc>
          <w:tcPr>
            <w:tcW w:type="dxa" w:w="5184"/>
            <w:vAlign w:val="top"/>
          </w:tcPr>
          <w:p>
            <w:r/>
            <w:r>
              <w:rPr>
                <w:rFonts w:ascii="Arial" w:hAnsi="Arial" w:eastAsia="Arial"/>
                <w:b w:val="0"/>
                <w:sz w:val="18"/>
              </w:rPr>
              <w:t>This is the baseline size. The tablet retains its full height and width, and the edge contour is sharply defined.</w:t>
            </w:r>
          </w:p>
        </w:tc>
      </w:tr>
      <w:tr>
        <w:tc>
          <w:tcPr>
            <w:tcW w:type="dxa" w:w="5184"/>
            <w:vAlign w:val="top"/>
          </w:tcPr>
          <w:p>
            <w:r/>
            <w:r>
              <w:rPr>
                <w:rFonts w:ascii="Arial" w:hAnsi="Arial" w:eastAsia="Arial"/>
                <w:b/>
                <w:sz w:val="18"/>
              </w:rPr>
              <w:t>Dissolution speed and time</w:t>
            </w:r>
          </w:p>
        </w:tc>
        <w:tc>
          <w:tcPr>
            <w:tcW w:type="dxa" w:w="5184"/>
            <w:vAlign w:val="top"/>
          </w:tcPr>
          <w:p>
            <w:r/>
            <w:r>
              <w:rPr>
                <w:rFonts w:ascii="Arial" w:hAnsi="Arial" w:eastAsia="Arial"/>
                <w:b w:val="0"/>
                <w:sz w:val="18"/>
              </w:rPr>
              <w:t>At 0 min, no visible disintegration has started. This is the intact reference state.</w:t>
            </w:r>
          </w:p>
        </w:tc>
      </w:tr>
      <w:tr>
        <w:tc>
          <w:tcPr>
            <w:tcW w:type="dxa" w:w="5184"/>
            <w:vAlign w:val="top"/>
          </w:tcPr>
          <w:p>
            <w:r/>
            <w:r>
              <w:rPr>
                <w:rFonts w:ascii="Arial" w:hAnsi="Arial" w:eastAsia="Arial"/>
                <w:b/>
                <w:sz w:val="18"/>
              </w:rPr>
              <w:t>Physical state change</w:t>
            </w:r>
          </w:p>
        </w:tc>
        <w:tc>
          <w:tcPr>
            <w:tcW w:type="dxa" w:w="5184"/>
            <w:vAlign w:val="top"/>
          </w:tcPr>
          <w:p>
            <w:r/>
            <w:r>
              <w:rPr>
                <w:rFonts w:ascii="Arial" w:hAnsi="Arial" w:eastAsia="Arial"/>
                <w:b w:val="0"/>
                <w:sz w:val="18"/>
              </w:rPr>
              <w:t>The tablet remains solid and coherent. There is no visible swelling, collapse, or fragmentation.</w:t>
            </w:r>
          </w:p>
        </w:tc>
      </w:tr>
      <w:tr>
        <w:tc>
          <w:tcPr>
            <w:tcW w:type="dxa" w:w="5184"/>
            <w:vAlign w:val="top"/>
          </w:tcPr>
          <w:p>
            <w:r/>
            <w:r>
              <w:rPr>
                <w:rFonts w:ascii="Arial" w:hAnsi="Arial" w:eastAsia="Arial"/>
                <w:b/>
                <w:sz w:val="18"/>
              </w:rPr>
              <w:t>Dissolution medium</w:t>
            </w:r>
          </w:p>
        </w:tc>
        <w:tc>
          <w:tcPr>
            <w:tcW w:type="dxa" w:w="5184"/>
            <w:vAlign w:val="top"/>
          </w:tcPr>
          <w:p>
            <w:r/>
            <w:r>
              <w:rPr>
                <w:rFonts w:ascii="Arial" w:hAnsi="Arial" w:eastAsia="Arial"/>
                <w:b w:val="0"/>
                <w:sz w:val="18"/>
              </w:rPr>
              <w:t>The medium is visually clear; no widespread cloudiness or color diffusion is apparent.</w:t>
            </w:r>
          </w:p>
        </w:tc>
      </w:tr>
      <w:tr>
        <w:tc>
          <w:tcPr>
            <w:tcW w:type="dxa" w:w="5184"/>
            <w:vAlign w:val="top"/>
          </w:tcPr>
          <w:p>
            <w:r/>
            <w:r>
              <w:rPr>
                <w:rFonts w:ascii="Arial" w:hAnsi="Arial" w:eastAsia="Arial"/>
                <w:b/>
                <w:sz w:val="18"/>
              </w:rPr>
              <w:t>Fragment distribution and density</w:t>
            </w:r>
          </w:p>
        </w:tc>
        <w:tc>
          <w:tcPr>
            <w:tcW w:type="dxa" w:w="5184"/>
            <w:vAlign w:val="top"/>
          </w:tcPr>
          <w:p>
            <w:r/>
            <w:r>
              <w:rPr>
                <w:rFonts w:ascii="Arial" w:hAnsi="Arial" w:eastAsia="Arial"/>
                <w:b w:val="0"/>
                <w:sz w:val="18"/>
              </w:rPr>
              <w:t>No tablet fragments are visible around the main body. Fragment density is essentially absent.</w:t>
            </w:r>
          </w:p>
        </w:tc>
      </w:tr>
    </w:tbl>
    <w:p/>
    <w:p>
      <w:pPr>
        <w:pStyle w:val="Heading3"/>
      </w:pPr>
      <w:r>
        <w:t>Image 2 - 15 min</w:t>
      </w:r>
    </w:p>
    <w:tbl>
      <w:tblPr>
        <w:tblStyle w:val="TableGrid"/>
        <w:tblW w:type="auto" w:w="0"/>
        <w:jc w:val="center"/>
        <w:tblLayout w:type="autofit"/>
        <w:tblLook w:firstColumn="1" w:firstRow="1" w:lastColumn="0" w:lastRow="0" w:noHBand="0" w:noVBand="1" w:val="04A0"/>
      </w:tblPr>
      <w:tblGrid>
        <w:gridCol w:w="5184"/>
        <w:gridCol w:w="5184"/>
      </w:tblGrid>
      <w:tr>
        <w:tc>
          <w:tcPr>
            <w:tcW w:type="dxa" w:w="5184"/>
            <w:shd w:fill="D9EAF7"/>
          </w:tcPr>
          <w:p>
            <w:r/>
            <w:r>
              <w:rPr>
                <w:rFonts w:ascii="Arial" w:hAnsi="Arial" w:eastAsia="Arial"/>
                <w:b/>
                <w:sz w:val="19"/>
              </w:rPr>
              <w:t>Dimension</w:t>
            </w:r>
          </w:p>
        </w:tc>
        <w:tc>
          <w:tcPr>
            <w:tcW w:type="dxa" w:w="5184"/>
            <w:shd w:fill="D9EAF7"/>
          </w:tcPr>
          <w:p>
            <w:r/>
            <w:r>
              <w:rPr>
                <w:rFonts w:ascii="Arial" w:hAnsi="Arial" w:eastAsia="Arial"/>
                <w:b/>
                <w:sz w:val="19"/>
              </w:rPr>
              <w:t>Description</w:t>
            </w:r>
          </w:p>
        </w:tc>
      </w:tr>
      <w:tr>
        <w:tc>
          <w:tcPr>
            <w:tcW w:type="dxa" w:w="5184"/>
            <w:vAlign w:val="top"/>
          </w:tcPr>
          <w:p>
            <w:r/>
            <w:r>
              <w:rPr>
                <w:rFonts w:ascii="Arial" w:hAnsi="Arial" w:eastAsia="Arial"/>
                <w:b/>
                <w:sz w:val="18"/>
              </w:rPr>
              <w:t>Color change</w:t>
            </w:r>
          </w:p>
        </w:tc>
        <w:tc>
          <w:tcPr>
            <w:tcW w:type="dxa" w:w="5184"/>
            <w:vAlign w:val="top"/>
          </w:tcPr>
          <w:p>
            <w:r/>
            <w:r>
              <w:rPr>
                <w:rFonts w:ascii="Arial" w:hAnsi="Arial" w:eastAsia="Arial"/>
                <w:b w:val="0"/>
                <w:sz w:val="18"/>
              </w:rPr>
              <w:t>A clear color transition has occurred. The tablet mass now shows a pale yellow internal color, mixed with white material on the surface. The yellow color is concentrated mainly within the tablet body rather than spreading strongly through the whole medium.</w:t>
            </w:r>
          </w:p>
        </w:tc>
      </w:tr>
      <w:tr>
        <w:tc>
          <w:tcPr>
            <w:tcW w:type="dxa" w:w="5184"/>
            <w:vAlign w:val="top"/>
          </w:tcPr>
          <w:p>
            <w:r/>
            <w:r>
              <w:rPr>
                <w:rFonts w:ascii="Arial" w:hAnsi="Arial" w:eastAsia="Arial"/>
                <w:b/>
                <w:sz w:val="18"/>
              </w:rPr>
              <w:t>Shape change</w:t>
            </w:r>
          </w:p>
        </w:tc>
        <w:tc>
          <w:tcPr>
            <w:tcW w:type="dxa" w:w="5184"/>
            <w:vAlign w:val="top"/>
          </w:tcPr>
          <w:p>
            <w:r/>
            <w:r>
              <w:rPr>
                <w:rFonts w:ascii="Arial" w:hAnsi="Arial" w:eastAsia="Arial"/>
                <w:b w:val="0"/>
                <w:sz w:val="18"/>
              </w:rPr>
              <w:t>The original smooth oval/caplet shape is largely lost. The tablet has changed into a rounded, swollen, mound-like mass. The edges are no longer sharp, and the upper contour is irregular.</w:t>
            </w:r>
          </w:p>
        </w:tc>
      </w:tr>
      <w:tr>
        <w:tc>
          <w:tcPr>
            <w:tcW w:type="dxa" w:w="5184"/>
            <w:vAlign w:val="top"/>
          </w:tcPr>
          <w:p>
            <w:r/>
            <w:r>
              <w:rPr>
                <w:rFonts w:ascii="Arial" w:hAnsi="Arial" w:eastAsia="Arial"/>
                <w:b/>
                <w:sz w:val="18"/>
              </w:rPr>
              <w:t>Surface texture change</w:t>
            </w:r>
          </w:p>
        </w:tc>
        <w:tc>
          <w:tcPr>
            <w:tcW w:type="dxa" w:w="5184"/>
            <w:vAlign w:val="top"/>
          </w:tcPr>
          <w:p>
            <w:r/>
            <w:r>
              <w:rPr>
                <w:rFonts w:ascii="Arial" w:hAnsi="Arial" w:eastAsia="Arial"/>
                <w:b w:val="0"/>
                <w:sz w:val="18"/>
              </w:rPr>
              <w:t>The surface has become coarse, porous, granular, and fluffy. Fine particles appear attached to the surface, giving it a sponge-like or cotton-like texture.</w:t>
            </w:r>
          </w:p>
        </w:tc>
      </w:tr>
      <w:tr>
        <w:tc>
          <w:tcPr>
            <w:tcW w:type="dxa" w:w="5184"/>
            <w:vAlign w:val="top"/>
          </w:tcPr>
          <w:p>
            <w:r/>
            <w:r>
              <w:rPr>
                <w:rFonts w:ascii="Arial" w:hAnsi="Arial" w:eastAsia="Arial"/>
                <w:b/>
                <w:sz w:val="18"/>
              </w:rPr>
              <w:t>Volume / size change</w:t>
            </w:r>
          </w:p>
        </w:tc>
        <w:tc>
          <w:tcPr>
            <w:tcW w:type="dxa" w:w="5184"/>
            <w:vAlign w:val="top"/>
          </w:tcPr>
          <w:p>
            <w:r/>
            <w:r>
              <w:rPr>
                <w:rFonts w:ascii="Arial" w:hAnsi="Arial" w:eastAsia="Arial"/>
                <w:b w:val="0"/>
                <w:sz w:val="18"/>
              </w:rPr>
              <w:t>Compared with 0 min, the tablet no longer has a clean vertical side wall. The apparent body has become more rounded and porous. It may have swollen slightly due to liquid penetration, but the solid compact volume is clearly weakening.</w:t>
            </w:r>
          </w:p>
        </w:tc>
      </w:tr>
      <w:tr>
        <w:tc>
          <w:tcPr>
            <w:tcW w:type="dxa" w:w="5184"/>
            <w:vAlign w:val="top"/>
          </w:tcPr>
          <w:p>
            <w:r/>
            <w:r>
              <w:rPr>
                <w:rFonts w:ascii="Arial" w:hAnsi="Arial" w:eastAsia="Arial"/>
                <w:b/>
                <w:sz w:val="18"/>
              </w:rPr>
              <w:t>Dissolution speed and time</w:t>
            </w:r>
          </w:p>
        </w:tc>
        <w:tc>
          <w:tcPr>
            <w:tcW w:type="dxa" w:w="5184"/>
            <w:vAlign w:val="top"/>
          </w:tcPr>
          <w:p>
            <w:r/>
            <w:r>
              <w:rPr>
                <w:rFonts w:ascii="Arial" w:hAnsi="Arial" w:eastAsia="Arial"/>
                <w:b w:val="0"/>
                <w:sz w:val="18"/>
              </w:rPr>
              <w:t>The largest visible change occurs between 0 and 15 min. This suggests an early rapid disintegration stage after liquid penetrates the tablet structure.</w:t>
            </w:r>
          </w:p>
        </w:tc>
      </w:tr>
      <w:tr>
        <w:tc>
          <w:tcPr>
            <w:tcW w:type="dxa" w:w="5184"/>
            <w:vAlign w:val="top"/>
          </w:tcPr>
          <w:p>
            <w:r/>
            <w:r>
              <w:rPr>
                <w:rFonts w:ascii="Arial" w:hAnsi="Arial" w:eastAsia="Arial"/>
                <w:b/>
                <w:sz w:val="18"/>
              </w:rPr>
              <w:t>Physical state change</w:t>
            </w:r>
          </w:p>
        </w:tc>
        <w:tc>
          <w:tcPr>
            <w:tcW w:type="dxa" w:w="5184"/>
            <w:vAlign w:val="top"/>
          </w:tcPr>
          <w:p>
            <w:r/>
            <w:r>
              <w:rPr>
                <w:rFonts w:ascii="Arial" w:hAnsi="Arial" w:eastAsia="Arial"/>
                <w:b w:val="0"/>
                <w:sz w:val="18"/>
              </w:rPr>
              <w:t>The tablet has shifted from a hard compact solid to a softened, swollen, porous aggregate. The outer layer appears loosened, and the internal yellow material is exposed.</w:t>
            </w:r>
          </w:p>
        </w:tc>
      </w:tr>
      <w:tr>
        <w:tc>
          <w:tcPr>
            <w:tcW w:type="dxa" w:w="5184"/>
            <w:vAlign w:val="top"/>
          </w:tcPr>
          <w:p>
            <w:r/>
            <w:r>
              <w:rPr>
                <w:rFonts w:ascii="Arial" w:hAnsi="Arial" w:eastAsia="Arial"/>
                <w:b/>
                <w:sz w:val="18"/>
              </w:rPr>
              <w:t>Dissolution medium</w:t>
            </w:r>
          </w:p>
        </w:tc>
        <w:tc>
          <w:tcPr>
            <w:tcW w:type="dxa" w:w="5184"/>
            <w:vAlign w:val="top"/>
          </w:tcPr>
          <w:p>
            <w:r/>
            <w:r>
              <w:rPr>
                <w:rFonts w:ascii="Arial" w:hAnsi="Arial" w:eastAsia="Arial"/>
                <w:b w:val="0"/>
                <w:sz w:val="18"/>
              </w:rPr>
              <w:t>The surrounding medium remains mostly transparent, but small suspended specks are visible around the tablet.</w:t>
            </w:r>
          </w:p>
        </w:tc>
      </w:tr>
      <w:tr>
        <w:tc>
          <w:tcPr>
            <w:tcW w:type="dxa" w:w="5184"/>
            <w:vAlign w:val="top"/>
          </w:tcPr>
          <w:p>
            <w:r/>
            <w:r>
              <w:rPr>
                <w:rFonts w:ascii="Arial" w:hAnsi="Arial" w:eastAsia="Arial"/>
                <w:b/>
                <w:sz w:val="18"/>
              </w:rPr>
              <w:t>Fragment distribution and density</w:t>
            </w:r>
          </w:p>
        </w:tc>
        <w:tc>
          <w:tcPr>
            <w:tcW w:type="dxa" w:w="5184"/>
            <w:vAlign w:val="top"/>
          </w:tcPr>
          <w:p>
            <w:r/>
            <w:r>
              <w:rPr>
                <w:rFonts w:ascii="Arial" w:hAnsi="Arial" w:eastAsia="Arial"/>
                <w:b w:val="0"/>
                <w:sz w:val="18"/>
              </w:rPr>
              <w:t>Fine fragments are concentrated close to the tablet surface. There are only a few visible particles dispersed farther away, so the fragment field is still low to moderate in density.</w:t>
            </w:r>
          </w:p>
        </w:tc>
      </w:tr>
    </w:tbl>
    <w:p/>
    <w:p>
      <w:pPr>
        <w:pStyle w:val="Heading3"/>
      </w:pPr>
      <w:r>
        <w:t>Image 3 - 30 min</w:t>
      </w:r>
    </w:p>
    <w:tbl>
      <w:tblPr>
        <w:tblStyle w:val="TableGrid"/>
        <w:tblW w:type="auto" w:w="0"/>
        <w:jc w:val="center"/>
        <w:tblLayout w:type="autofit"/>
        <w:tblLook w:firstColumn="1" w:firstRow="1" w:lastColumn="0" w:lastRow="0" w:noHBand="0" w:noVBand="1" w:val="04A0"/>
      </w:tblPr>
      <w:tblGrid>
        <w:gridCol w:w="5184"/>
        <w:gridCol w:w="5184"/>
      </w:tblGrid>
      <w:tr>
        <w:tc>
          <w:tcPr>
            <w:tcW w:type="dxa" w:w="5184"/>
            <w:shd w:fill="D9EAF7"/>
          </w:tcPr>
          <w:p>
            <w:r/>
            <w:r>
              <w:rPr>
                <w:rFonts w:ascii="Arial" w:hAnsi="Arial" w:eastAsia="Arial"/>
                <w:b/>
                <w:sz w:val="19"/>
              </w:rPr>
              <w:t>Dimension</w:t>
            </w:r>
          </w:p>
        </w:tc>
        <w:tc>
          <w:tcPr>
            <w:tcW w:type="dxa" w:w="5184"/>
            <w:shd w:fill="D9EAF7"/>
          </w:tcPr>
          <w:p>
            <w:r/>
            <w:r>
              <w:rPr>
                <w:rFonts w:ascii="Arial" w:hAnsi="Arial" w:eastAsia="Arial"/>
                <w:b/>
                <w:sz w:val="19"/>
              </w:rPr>
              <w:t>Description</w:t>
            </w:r>
          </w:p>
        </w:tc>
      </w:tr>
      <w:tr>
        <w:tc>
          <w:tcPr>
            <w:tcW w:type="dxa" w:w="5184"/>
            <w:vAlign w:val="top"/>
          </w:tcPr>
          <w:p>
            <w:r/>
            <w:r>
              <w:rPr>
                <w:rFonts w:ascii="Arial" w:hAnsi="Arial" w:eastAsia="Arial"/>
                <w:b/>
                <w:sz w:val="18"/>
              </w:rPr>
              <w:t>Color change</w:t>
            </w:r>
          </w:p>
        </w:tc>
        <w:tc>
          <w:tcPr>
            <w:tcW w:type="dxa" w:w="5184"/>
            <w:vAlign w:val="top"/>
          </w:tcPr>
          <w:p>
            <w:r/>
            <w:r>
              <w:rPr>
                <w:rFonts w:ascii="Arial" w:hAnsi="Arial" w:eastAsia="Arial"/>
                <w:b w:val="0"/>
                <w:sz w:val="18"/>
              </w:rPr>
              <w:t>The tablet remains yellow-white, with pale yellow areas still visible inside the mass. The color is uneven, with yellow concentrated in the central body and white/fluffy material around the surface.</w:t>
            </w:r>
          </w:p>
        </w:tc>
      </w:tr>
      <w:tr>
        <w:tc>
          <w:tcPr>
            <w:tcW w:type="dxa" w:w="5184"/>
            <w:vAlign w:val="top"/>
          </w:tcPr>
          <w:p>
            <w:r/>
            <w:r>
              <w:rPr>
                <w:rFonts w:ascii="Arial" w:hAnsi="Arial" w:eastAsia="Arial"/>
                <w:b/>
                <w:sz w:val="18"/>
              </w:rPr>
              <w:t>Shape change</w:t>
            </w:r>
          </w:p>
        </w:tc>
        <w:tc>
          <w:tcPr>
            <w:tcW w:type="dxa" w:w="5184"/>
            <w:vAlign w:val="top"/>
          </w:tcPr>
          <w:p>
            <w:r/>
            <w:r>
              <w:rPr>
                <w:rFonts w:ascii="Arial" w:hAnsi="Arial" w:eastAsia="Arial"/>
                <w:b w:val="0"/>
                <w:sz w:val="18"/>
              </w:rPr>
              <w:t>The tablet remains as one main mound, but the contour is more irregular than at 15 min. Small protruding tufts and rough edges are visible, especially along the upper surface.</w:t>
            </w:r>
          </w:p>
        </w:tc>
      </w:tr>
      <w:tr>
        <w:tc>
          <w:tcPr>
            <w:tcW w:type="dxa" w:w="5184"/>
            <w:vAlign w:val="top"/>
          </w:tcPr>
          <w:p>
            <w:r/>
            <w:r>
              <w:rPr>
                <w:rFonts w:ascii="Arial" w:hAnsi="Arial" w:eastAsia="Arial"/>
                <w:b/>
                <w:sz w:val="18"/>
              </w:rPr>
              <w:t>Surface texture change</w:t>
            </w:r>
          </w:p>
        </w:tc>
        <w:tc>
          <w:tcPr>
            <w:tcW w:type="dxa" w:w="5184"/>
            <w:vAlign w:val="top"/>
          </w:tcPr>
          <w:p>
            <w:r/>
            <w:r>
              <w:rPr>
                <w:rFonts w:ascii="Arial" w:hAnsi="Arial" w:eastAsia="Arial"/>
                <w:b w:val="0"/>
                <w:sz w:val="18"/>
              </w:rPr>
              <w:t>The surface appears even more flocculent and porous. There are small fibrous or powdery projections extending from the main body.</w:t>
            </w:r>
          </w:p>
        </w:tc>
      </w:tr>
      <w:tr>
        <w:tc>
          <w:tcPr>
            <w:tcW w:type="dxa" w:w="5184"/>
            <w:vAlign w:val="top"/>
          </w:tcPr>
          <w:p>
            <w:r/>
            <w:r>
              <w:rPr>
                <w:rFonts w:ascii="Arial" w:hAnsi="Arial" w:eastAsia="Arial"/>
                <w:b/>
                <w:sz w:val="18"/>
              </w:rPr>
              <w:t>Volume / size change</w:t>
            </w:r>
          </w:p>
        </w:tc>
        <w:tc>
          <w:tcPr>
            <w:tcW w:type="dxa" w:w="5184"/>
            <w:vAlign w:val="top"/>
          </w:tcPr>
          <w:p>
            <w:r/>
            <w:r>
              <w:rPr>
                <w:rFonts w:ascii="Arial" w:hAnsi="Arial" w:eastAsia="Arial"/>
                <w:b w:val="0"/>
                <w:sz w:val="18"/>
              </w:rPr>
              <w:t>The tablet still retains a central mass, but its original tablet geometry is no longer recognizable. The height appears slightly reduced or less compact than the initial tablet, while the edges are fuzzy rather than sharply bounded.</w:t>
            </w:r>
          </w:p>
        </w:tc>
      </w:tr>
      <w:tr>
        <w:tc>
          <w:tcPr>
            <w:tcW w:type="dxa" w:w="5184"/>
            <w:vAlign w:val="top"/>
          </w:tcPr>
          <w:p>
            <w:r/>
            <w:r>
              <w:rPr>
                <w:rFonts w:ascii="Arial" w:hAnsi="Arial" w:eastAsia="Arial"/>
                <w:b/>
                <w:sz w:val="18"/>
              </w:rPr>
              <w:t>Dissolution speed and time</w:t>
            </w:r>
          </w:p>
        </w:tc>
        <w:tc>
          <w:tcPr>
            <w:tcW w:type="dxa" w:w="5184"/>
            <w:vAlign w:val="top"/>
          </w:tcPr>
          <w:p>
            <w:r/>
            <w:r>
              <w:rPr>
                <w:rFonts w:ascii="Arial" w:hAnsi="Arial" w:eastAsia="Arial"/>
                <w:b w:val="0"/>
                <w:sz w:val="18"/>
              </w:rPr>
              <w:t>From 15 to 30 min, disintegration continues but appears slower than the initial 0-15 min change. The tablet is eroding rather than suddenly breaking apart.</w:t>
            </w:r>
          </w:p>
        </w:tc>
      </w:tr>
      <w:tr>
        <w:tc>
          <w:tcPr>
            <w:tcW w:type="dxa" w:w="5184"/>
            <w:vAlign w:val="top"/>
          </w:tcPr>
          <w:p>
            <w:r/>
            <w:r>
              <w:rPr>
                <w:rFonts w:ascii="Arial" w:hAnsi="Arial" w:eastAsia="Arial"/>
                <w:b/>
                <w:sz w:val="18"/>
              </w:rPr>
              <w:t>Physical state change</w:t>
            </w:r>
          </w:p>
        </w:tc>
        <w:tc>
          <w:tcPr>
            <w:tcW w:type="dxa" w:w="5184"/>
            <w:vAlign w:val="top"/>
          </w:tcPr>
          <w:p>
            <w:r/>
            <w:r>
              <w:rPr>
                <w:rFonts w:ascii="Arial" w:hAnsi="Arial" w:eastAsia="Arial"/>
                <w:b w:val="0"/>
                <w:sz w:val="18"/>
              </w:rPr>
              <w:t>The mass appears fragile and partially collapsed at the surface. The internal structure seems weakened, but the tablet has not fully separated into large independent pieces.</w:t>
            </w:r>
          </w:p>
        </w:tc>
      </w:tr>
      <w:tr>
        <w:tc>
          <w:tcPr>
            <w:tcW w:type="dxa" w:w="5184"/>
            <w:vAlign w:val="top"/>
          </w:tcPr>
          <w:p>
            <w:r/>
            <w:r>
              <w:rPr>
                <w:rFonts w:ascii="Arial" w:hAnsi="Arial" w:eastAsia="Arial"/>
                <w:b/>
                <w:sz w:val="18"/>
              </w:rPr>
              <w:t>Dissolution medium</w:t>
            </w:r>
          </w:p>
        </w:tc>
        <w:tc>
          <w:tcPr>
            <w:tcW w:type="dxa" w:w="5184"/>
            <w:vAlign w:val="top"/>
          </w:tcPr>
          <w:p>
            <w:r/>
            <w:r>
              <w:rPr>
                <w:rFonts w:ascii="Arial" w:hAnsi="Arial" w:eastAsia="Arial"/>
                <w:b w:val="0"/>
                <w:sz w:val="18"/>
              </w:rPr>
              <w:t>The medium contains scattered small particles. It does not appear uniformly cloudy; most visible material remains near the tablet.</w:t>
            </w:r>
          </w:p>
        </w:tc>
      </w:tr>
      <w:tr>
        <w:tc>
          <w:tcPr>
            <w:tcW w:type="dxa" w:w="5184"/>
            <w:vAlign w:val="top"/>
          </w:tcPr>
          <w:p>
            <w:r/>
            <w:r>
              <w:rPr>
                <w:rFonts w:ascii="Arial" w:hAnsi="Arial" w:eastAsia="Arial"/>
                <w:b/>
                <w:sz w:val="18"/>
              </w:rPr>
              <w:t>Fragment distribution and density</w:t>
            </w:r>
          </w:p>
        </w:tc>
        <w:tc>
          <w:tcPr>
            <w:tcW w:type="dxa" w:w="5184"/>
            <w:vAlign w:val="top"/>
          </w:tcPr>
          <w:p>
            <w:r/>
            <w:r>
              <w:rPr>
                <w:rFonts w:ascii="Arial" w:hAnsi="Arial" w:eastAsia="Arial"/>
                <w:b w:val="0"/>
                <w:sz w:val="18"/>
              </w:rPr>
              <w:t>Several small fragments are visible above and around the tablet, but the highest density remains on or immediately near the main body.</w:t>
            </w:r>
          </w:p>
        </w:tc>
      </w:tr>
    </w:tbl>
    <w:p/>
    <w:p>
      <w:pPr>
        <w:pStyle w:val="Heading3"/>
      </w:pPr>
      <w:r>
        <w:t>Image 4 - 45 min</w:t>
      </w:r>
    </w:p>
    <w:tbl>
      <w:tblPr>
        <w:tblStyle w:val="TableGrid"/>
        <w:tblW w:type="auto" w:w="0"/>
        <w:jc w:val="center"/>
        <w:tblLayout w:type="autofit"/>
        <w:tblLook w:firstColumn="1" w:firstRow="1" w:lastColumn="0" w:lastRow="0" w:noHBand="0" w:noVBand="1" w:val="04A0"/>
      </w:tblPr>
      <w:tblGrid>
        <w:gridCol w:w="5184"/>
        <w:gridCol w:w="5184"/>
      </w:tblGrid>
      <w:tr>
        <w:tc>
          <w:tcPr>
            <w:tcW w:type="dxa" w:w="5184"/>
            <w:shd w:fill="D9EAF7"/>
          </w:tcPr>
          <w:p>
            <w:r/>
            <w:r>
              <w:rPr>
                <w:rFonts w:ascii="Arial" w:hAnsi="Arial" w:eastAsia="Arial"/>
                <w:b/>
                <w:sz w:val="19"/>
              </w:rPr>
              <w:t>Dimension</w:t>
            </w:r>
          </w:p>
        </w:tc>
        <w:tc>
          <w:tcPr>
            <w:tcW w:type="dxa" w:w="5184"/>
            <w:shd w:fill="D9EAF7"/>
          </w:tcPr>
          <w:p>
            <w:r/>
            <w:r>
              <w:rPr>
                <w:rFonts w:ascii="Arial" w:hAnsi="Arial" w:eastAsia="Arial"/>
                <w:b/>
                <w:sz w:val="19"/>
              </w:rPr>
              <w:t>Description</w:t>
            </w:r>
          </w:p>
        </w:tc>
      </w:tr>
      <w:tr>
        <w:tc>
          <w:tcPr>
            <w:tcW w:type="dxa" w:w="5184"/>
            <w:vAlign w:val="top"/>
          </w:tcPr>
          <w:p>
            <w:r/>
            <w:r>
              <w:rPr>
                <w:rFonts w:ascii="Arial" w:hAnsi="Arial" w:eastAsia="Arial"/>
                <w:b/>
                <w:sz w:val="18"/>
              </w:rPr>
              <w:t>Color change</w:t>
            </w:r>
          </w:p>
        </w:tc>
        <w:tc>
          <w:tcPr>
            <w:tcW w:type="dxa" w:w="5184"/>
            <w:vAlign w:val="top"/>
          </w:tcPr>
          <w:p>
            <w:r/>
            <w:r>
              <w:rPr>
                <w:rFonts w:ascii="Arial" w:hAnsi="Arial" w:eastAsia="Arial"/>
                <w:b w:val="0"/>
                <w:sz w:val="18"/>
              </w:rPr>
              <w:t>The tablet remains pale yellow-white. The yellow tone appears slightly more diffuse within the central mass, while the outer material remains whitish and powdery.</w:t>
            </w:r>
          </w:p>
        </w:tc>
      </w:tr>
      <w:tr>
        <w:tc>
          <w:tcPr>
            <w:tcW w:type="dxa" w:w="5184"/>
            <w:vAlign w:val="top"/>
          </w:tcPr>
          <w:p>
            <w:r/>
            <w:r>
              <w:rPr>
                <w:rFonts w:ascii="Arial" w:hAnsi="Arial" w:eastAsia="Arial"/>
                <w:b/>
                <w:sz w:val="18"/>
              </w:rPr>
              <w:t>Shape change</w:t>
            </w:r>
          </w:p>
        </w:tc>
        <w:tc>
          <w:tcPr>
            <w:tcW w:type="dxa" w:w="5184"/>
            <w:vAlign w:val="top"/>
          </w:tcPr>
          <w:p>
            <w:r/>
            <w:r>
              <w:rPr>
                <w:rFonts w:ascii="Arial" w:hAnsi="Arial" w:eastAsia="Arial"/>
                <w:b w:val="0"/>
                <w:sz w:val="18"/>
              </w:rPr>
              <w:t>The mass is now more flattened and irregular. The original caplet outline is completely lost. The top surface has uneven peaks and eroded margins.</w:t>
            </w:r>
          </w:p>
        </w:tc>
      </w:tr>
      <w:tr>
        <w:tc>
          <w:tcPr>
            <w:tcW w:type="dxa" w:w="5184"/>
            <w:vAlign w:val="top"/>
          </w:tcPr>
          <w:p>
            <w:r/>
            <w:r>
              <w:rPr>
                <w:rFonts w:ascii="Arial" w:hAnsi="Arial" w:eastAsia="Arial"/>
                <w:b/>
                <w:sz w:val="18"/>
              </w:rPr>
              <w:t>Surface texture change</w:t>
            </w:r>
          </w:p>
        </w:tc>
        <w:tc>
          <w:tcPr>
            <w:tcW w:type="dxa" w:w="5184"/>
            <w:vAlign w:val="top"/>
          </w:tcPr>
          <w:p>
            <w:r/>
            <w:r>
              <w:rPr>
                <w:rFonts w:ascii="Arial" w:hAnsi="Arial" w:eastAsia="Arial"/>
                <w:b w:val="0"/>
                <w:sz w:val="18"/>
              </w:rPr>
              <w:t>The surface is rough, loose, and granular. Some areas look like soft flakes or wet powder attached to the tablet body.</w:t>
            </w:r>
          </w:p>
        </w:tc>
      </w:tr>
      <w:tr>
        <w:tc>
          <w:tcPr>
            <w:tcW w:type="dxa" w:w="5184"/>
            <w:vAlign w:val="top"/>
          </w:tcPr>
          <w:p>
            <w:r/>
            <w:r>
              <w:rPr>
                <w:rFonts w:ascii="Arial" w:hAnsi="Arial" w:eastAsia="Arial"/>
                <w:b/>
                <w:sz w:val="18"/>
              </w:rPr>
              <w:t>Volume / size change</w:t>
            </w:r>
          </w:p>
        </w:tc>
        <w:tc>
          <w:tcPr>
            <w:tcW w:type="dxa" w:w="5184"/>
            <w:vAlign w:val="top"/>
          </w:tcPr>
          <w:p>
            <w:r/>
            <w:r>
              <w:rPr>
                <w:rFonts w:ascii="Arial" w:hAnsi="Arial" w:eastAsia="Arial"/>
                <w:b w:val="0"/>
                <w:sz w:val="18"/>
              </w:rPr>
              <w:t>The apparent height of the main mass is reduced compared with the earlier swollen mound. The mass looks less compact and more eroded, suggesting gradual loss of structural volume.</w:t>
            </w:r>
          </w:p>
        </w:tc>
      </w:tr>
      <w:tr>
        <w:tc>
          <w:tcPr>
            <w:tcW w:type="dxa" w:w="5184"/>
            <w:vAlign w:val="top"/>
          </w:tcPr>
          <w:p>
            <w:r/>
            <w:r>
              <w:rPr>
                <w:rFonts w:ascii="Arial" w:hAnsi="Arial" w:eastAsia="Arial"/>
                <w:b/>
                <w:sz w:val="18"/>
              </w:rPr>
              <w:t>Dissolution speed and time</w:t>
            </w:r>
          </w:p>
        </w:tc>
        <w:tc>
          <w:tcPr>
            <w:tcW w:type="dxa" w:w="5184"/>
            <w:vAlign w:val="top"/>
          </w:tcPr>
          <w:p>
            <w:r/>
            <w:r>
              <w:rPr>
                <w:rFonts w:ascii="Arial" w:hAnsi="Arial" w:eastAsia="Arial"/>
                <w:b w:val="0"/>
                <w:sz w:val="18"/>
              </w:rPr>
              <w:t>Disintegration continues at a moderate-to-slow pace. The main body persists, so the tablet has not fully dissolved by 45 min.</w:t>
            </w:r>
          </w:p>
        </w:tc>
      </w:tr>
      <w:tr>
        <w:tc>
          <w:tcPr>
            <w:tcW w:type="dxa" w:w="5184"/>
            <w:vAlign w:val="top"/>
          </w:tcPr>
          <w:p>
            <w:r/>
            <w:r>
              <w:rPr>
                <w:rFonts w:ascii="Arial" w:hAnsi="Arial" w:eastAsia="Arial"/>
                <w:b/>
                <w:sz w:val="18"/>
              </w:rPr>
              <w:t>Physical state change</w:t>
            </w:r>
          </w:p>
        </w:tc>
        <w:tc>
          <w:tcPr>
            <w:tcW w:type="dxa" w:w="5184"/>
            <w:vAlign w:val="top"/>
          </w:tcPr>
          <w:p>
            <w:r/>
            <w:r>
              <w:rPr>
                <w:rFonts w:ascii="Arial" w:hAnsi="Arial" w:eastAsia="Arial"/>
                <w:b w:val="0"/>
                <w:sz w:val="18"/>
              </w:rPr>
              <w:t>The tablet appears to be in a partially collapsed, softened state. It is still one main aggregate, but its surface is unstable and shedding material.</w:t>
            </w:r>
          </w:p>
        </w:tc>
      </w:tr>
      <w:tr>
        <w:tc>
          <w:tcPr>
            <w:tcW w:type="dxa" w:w="5184"/>
            <w:vAlign w:val="top"/>
          </w:tcPr>
          <w:p>
            <w:r/>
            <w:r>
              <w:rPr>
                <w:rFonts w:ascii="Arial" w:hAnsi="Arial" w:eastAsia="Arial"/>
                <w:b/>
                <w:sz w:val="18"/>
              </w:rPr>
              <w:t>Dissolution medium</w:t>
            </w:r>
          </w:p>
        </w:tc>
        <w:tc>
          <w:tcPr>
            <w:tcW w:type="dxa" w:w="5184"/>
            <w:vAlign w:val="top"/>
          </w:tcPr>
          <w:p>
            <w:r/>
            <w:r>
              <w:rPr>
                <w:rFonts w:ascii="Arial" w:hAnsi="Arial" w:eastAsia="Arial"/>
                <w:b w:val="0"/>
                <w:sz w:val="18"/>
              </w:rPr>
              <w:t>The surrounding medium remains mostly clear, with visible fine particulate matter nearby.</w:t>
            </w:r>
          </w:p>
        </w:tc>
      </w:tr>
      <w:tr>
        <w:tc>
          <w:tcPr>
            <w:tcW w:type="dxa" w:w="5184"/>
            <w:vAlign w:val="top"/>
          </w:tcPr>
          <w:p>
            <w:r/>
            <w:r>
              <w:rPr>
                <w:rFonts w:ascii="Arial" w:hAnsi="Arial" w:eastAsia="Arial"/>
                <w:b/>
                <w:sz w:val="18"/>
              </w:rPr>
              <w:t>Fragment distribution and density</w:t>
            </w:r>
          </w:p>
        </w:tc>
        <w:tc>
          <w:tcPr>
            <w:tcW w:type="dxa" w:w="5184"/>
            <w:vAlign w:val="top"/>
          </w:tcPr>
          <w:p>
            <w:r/>
            <w:r>
              <w:rPr>
                <w:rFonts w:ascii="Arial" w:hAnsi="Arial" w:eastAsia="Arial"/>
                <w:b w:val="0"/>
                <w:sz w:val="18"/>
              </w:rPr>
              <w:t>Small fragments are present near the base and around the tablet. Fragment density is moderate close to the tablet, but there is no dense cloud filling the entire field.</w:t>
            </w:r>
          </w:p>
        </w:tc>
      </w:tr>
    </w:tbl>
    <w:p/>
    <w:p>
      <w:pPr>
        <w:pStyle w:val="Heading3"/>
      </w:pPr>
      <w:r>
        <w:t>Image 5 - 60 min</w:t>
      </w:r>
    </w:p>
    <w:tbl>
      <w:tblPr>
        <w:tblStyle w:val="TableGrid"/>
        <w:tblW w:type="auto" w:w="0"/>
        <w:jc w:val="center"/>
        <w:tblLayout w:type="autofit"/>
        <w:tblLook w:firstColumn="1" w:firstRow="1" w:lastColumn="0" w:lastRow="0" w:noHBand="0" w:noVBand="1" w:val="04A0"/>
      </w:tblPr>
      <w:tblGrid>
        <w:gridCol w:w="5184"/>
        <w:gridCol w:w="5184"/>
      </w:tblGrid>
      <w:tr>
        <w:tc>
          <w:tcPr>
            <w:tcW w:type="dxa" w:w="5184"/>
            <w:shd w:fill="D9EAF7"/>
          </w:tcPr>
          <w:p>
            <w:r/>
            <w:r>
              <w:rPr>
                <w:rFonts w:ascii="Arial" w:hAnsi="Arial" w:eastAsia="Arial"/>
                <w:b/>
                <w:sz w:val="19"/>
              </w:rPr>
              <w:t>Dimension</w:t>
            </w:r>
          </w:p>
        </w:tc>
        <w:tc>
          <w:tcPr>
            <w:tcW w:type="dxa" w:w="5184"/>
            <w:shd w:fill="D9EAF7"/>
          </w:tcPr>
          <w:p>
            <w:r/>
            <w:r>
              <w:rPr>
                <w:rFonts w:ascii="Arial" w:hAnsi="Arial" w:eastAsia="Arial"/>
                <w:b/>
                <w:sz w:val="19"/>
              </w:rPr>
              <w:t>Description</w:t>
            </w:r>
          </w:p>
        </w:tc>
      </w:tr>
      <w:tr>
        <w:tc>
          <w:tcPr>
            <w:tcW w:type="dxa" w:w="5184"/>
            <w:vAlign w:val="top"/>
          </w:tcPr>
          <w:p>
            <w:r/>
            <w:r>
              <w:rPr>
                <w:rFonts w:ascii="Arial" w:hAnsi="Arial" w:eastAsia="Arial"/>
                <w:b/>
                <w:sz w:val="18"/>
              </w:rPr>
              <w:t>Color change</w:t>
            </w:r>
          </w:p>
        </w:tc>
        <w:tc>
          <w:tcPr>
            <w:tcW w:type="dxa" w:w="5184"/>
            <w:vAlign w:val="top"/>
          </w:tcPr>
          <w:p>
            <w:r/>
            <w:r>
              <w:rPr>
                <w:rFonts w:ascii="Arial" w:hAnsi="Arial" w:eastAsia="Arial"/>
                <w:b w:val="0"/>
                <w:sz w:val="18"/>
              </w:rPr>
              <w:t>The remaining mass is still white with pale yellow internal areas. The yellow color has not completely dispersed into the medium; it remains mainly within the residual tablet body.</w:t>
            </w:r>
          </w:p>
        </w:tc>
      </w:tr>
      <w:tr>
        <w:tc>
          <w:tcPr>
            <w:tcW w:type="dxa" w:w="5184"/>
            <w:vAlign w:val="top"/>
          </w:tcPr>
          <w:p>
            <w:r/>
            <w:r>
              <w:rPr>
                <w:rFonts w:ascii="Arial" w:hAnsi="Arial" w:eastAsia="Arial"/>
                <w:b/>
                <w:sz w:val="18"/>
              </w:rPr>
              <w:t>Shape change</w:t>
            </w:r>
          </w:p>
        </w:tc>
        <w:tc>
          <w:tcPr>
            <w:tcW w:type="dxa" w:w="5184"/>
            <w:vAlign w:val="top"/>
          </w:tcPr>
          <w:p>
            <w:r/>
            <w:r>
              <w:rPr>
                <w:rFonts w:ascii="Arial" w:hAnsi="Arial" w:eastAsia="Arial"/>
                <w:b w:val="0"/>
                <w:sz w:val="18"/>
              </w:rPr>
              <w:t>The tablet is now a low, rounded, irregular mound. A small raised tuft or protrusion is visible near the upper-right area. The original tablet shape is absent.</w:t>
            </w:r>
          </w:p>
        </w:tc>
      </w:tr>
      <w:tr>
        <w:tc>
          <w:tcPr>
            <w:tcW w:type="dxa" w:w="5184"/>
            <w:vAlign w:val="top"/>
          </w:tcPr>
          <w:p>
            <w:r/>
            <w:r>
              <w:rPr>
                <w:rFonts w:ascii="Arial" w:hAnsi="Arial" w:eastAsia="Arial"/>
                <w:b/>
                <w:sz w:val="18"/>
              </w:rPr>
              <w:t>Surface texture change</w:t>
            </w:r>
          </w:p>
        </w:tc>
        <w:tc>
          <w:tcPr>
            <w:tcW w:type="dxa" w:w="5184"/>
            <w:vAlign w:val="top"/>
          </w:tcPr>
          <w:p>
            <w:r/>
            <w:r>
              <w:rPr>
                <w:rFonts w:ascii="Arial" w:hAnsi="Arial" w:eastAsia="Arial"/>
                <w:b w:val="0"/>
                <w:sz w:val="18"/>
              </w:rPr>
              <w:t>The surface is highly porous and fluffy, with fine powder-like or fibrous material covering the outside. The boundary remains fuzzy.</w:t>
            </w:r>
          </w:p>
        </w:tc>
      </w:tr>
      <w:tr>
        <w:tc>
          <w:tcPr>
            <w:tcW w:type="dxa" w:w="5184"/>
            <w:vAlign w:val="top"/>
          </w:tcPr>
          <w:p>
            <w:r/>
            <w:r>
              <w:rPr>
                <w:rFonts w:ascii="Arial" w:hAnsi="Arial" w:eastAsia="Arial"/>
                <w:b/>
                <w:sz w:val="18"/>
              </w:rPr>
              <w:t>Volume / size change</w:t>
            </w:r>
          </w:p>
        </w:tc>
        <w:tc>
          <w:tcPr>
            <w:tcW w:type="dxa" w:w="5184"/>
            <w:vAlign w:val="top"/>
          </w:tcPr>
          <w:p>
            <w:r/>
            <w:r>
              <w:rPr>
                <w:rFonts w:ascii="Arial" w:hAnsi="Arial" w:eastAsia="Arial"/>
                <w:b w:val="0"/>
                <w:sz w:val="18"/>
              </w:rPr>
              <w:t>The compact tablet volume has decreased substantially compared with 0 min. However, a significant residual mass remains at 60 min, indicating incomplete disintegration/dissolution within this observation window.</w:t>
            </w:r>
          </w:p>
        </w:tc>
      </w:tr>
      <w:tr>
        <w:tc>
          <w:tcPr>
            <w:tcW w:type="dxa" w:w="5184"/>
            <w:vAlign w:val="top"/>
          </w:tcPr>
          <w:p>
            <w:r/>
            <w:r>
              <w:rPr>
                <w:rFonts w:ascii="Arial" w:hAnsi="Arial" w:eastAsia="Arial"/>
                <w:b/>
                <w:sz w:val="18"/>
              </w:rPr>
              <w:t>Dissolution speed and time</w:t>
            </w:r>
          </w:p>
        </w:tc>
        <w:tc>
          <w:tcPr>
            <w:tcW w:type="dxa" w:w="5184"/>
            <w:vAlign w:val="top"/>
          </w:tcPr>
          <w:p>
            <w:r/>
            <w:r>
              <w:rPr>
                <w:rFonts w:ascii="Arial" w:hAnsi="Arial" w:eastAsia="Arial"/>
                <w:b w:val="0"/>
                <w:sz w:val="18"/>
              </w:rPr>
              <w:t>The process appears fastest during 0-15 min, then becomes slower from 15-60 min. By 60 min, erosion continues, but the main mass has not fully disappeared.</w:t>
            </w:r>
          </w:p>
        </w:tc>
      </w:tr>
      <w:tr>
        <w:tc>
          <w:tcPr>
            <w:tcW w:type="dxa" w:w="5184"/>
            <w:vAlign w:val="top"/>
          </w:tcPr>
          <w:p>
            <w:r/>
            <w:r>
              <w:rPr>
                <w:rFonts w:ascii="Arial" w:hAnsi="Arial" w:eastAsia="Arial"/>
                <w:b/>
                <w:sz w:val="18"/>
              </w:rPr>
              <w:t>Physical state change</w:t>
            </w:r>
          </w:p>
        </w:tc>
        <w:tc>
          <w:tcPr>
            <w:tcW w:type="dxa" w:w="5184"/>
            <w:vAlign w:val="top"/>
          </w:tcPr>
          <w:p>
            <w:r/>
            <w:r>
              <w:rPr>
                <w:rFonts w:ascii="Arial" w:hAnsi="Arial" w:eastAsia="Arial"/>
                <w:b w:val="0"/>
                <w:sz w:val="18"/>
              </w:rPr>
              <w:t>The tablet has transformed from a compact solid into a soft, porous, partially collapsed residue. It is still cohesive enough to remain as one main mound.</w:t>
            </w:r>
          </w:p>
        </w:tc>
      </w:tr>
      <w:tr>
        <w:tc>
          <w:tcPr>
            <w:tcW w:type="dxa" w:w="5184"/>
            <w:vAlign w:val="top"/>
          </w:tcPr>
          <w:p>
            <w:r/>
            <w:r>
              <w:rPr>
                <w:rFonts w:ascii="Arial" w:hAnsi="Arial" w:eastAsia="Arial"/>
                <w:b/>
                <w:sz w:val="18"/>
              </w:rPr>
              <w:t>Dissolution medium</w:t>
            </w:r>
          </w:p>
        </w:tc>
        <w:tc>
          <w:tcPr>
            <w:tcW w:type="dxa" w:w="5184"/>
            <w:vAlign w:val="top"/>
          </w:tcPr>
          <w:p>
            <w:r/>
            <w:r>
              <w:rPr>
                <w:rFonts w:ascii="Arial" w:hAnsi="Arial" w:eastAsia="Arial"/>
                <w:b w:val="0"/>
                <w:sz w:val="18"/>
              </w:rPr>
              <w:t>The medium is not heavily colored or uniformly turbid. A small amount of suspended and settled material is visible, especially close to the tablet and below the support line.</w:t>
            </w:r>
          </w:p>
        </w:tc>
      </w:tr>
      <w:tr>
        <w:tc>
          <w:tcPr>
            <w:tcW w:type="dxa" w:w="5184"/>
            <w:vAlign w:val="top"/>
          </w:tcPr>
          <w:p>
            <w:r/>
            <w:r>
              <w:rPr>
                <w:rFonts w:ascii="Arial" w:hAnsi="Arial" w:eastAsia="Arial"/>
                <w:b/>
                <w:sz w:val="18"/>
              </w:rPr>
              <w:t>Fragment distribution and density</w:t>
            </w:r>
          </w:p>
        </w:tc>
        <w:tc>
          <w:tcPr>
            <w:tcW w:type="dxa" w:w="5184"/>
            <w:vAlign w:val="top"/>
          </w:tcPr>
          <w:p>
            <w:r/>
            <w:r>
              <w:rPr>
                <w:rFonts w:ascii="Arial" w:hAnsi="Arial" w:eastAsia="Arial"/>
                <w:b w:val="0"/>
                <w:sz w:val="18"/>
              </w:rPr>
              <w:t>Fine fragments and sediment are present near the tablet. A denser small deposit is visible below the tablet region, while most particles remain localized rather than evenly dispersed.</w:t>
            </w:r>
          </w:p>
        </w:tc>
      </w:tr>
    </w:tbl>
    <w:p/>
    <w:p>
      <w:pPr>
        <w:pStyle w:val="Heading3"/>
      </w:pPr>
      <w:r>
        <w:t>Preliminary Group A Conclusion</w:t>
      </w:r>
    </w:p>
    <w:p>
      <w:pPr>
        <w:spacing w:after="60" w:line="252" w:lineRule="auto"/>
      </w:pPr>
      <w:r>
        <w:rPr>
          <w:rFonts w:ascii="Arial" w:hAnsi="Arial" w:eastAsia="Arial"/>
          <w:b w:val="0"/>
          <w:i w:val="0"/>
        </w:rPr>
        <w:t>Group A shows a rapid early transformation: the intact white tablet at 0 min becomes a swollen, porous, yellow-white mass by 15 min. After that, the process continues mainly as slow erosion, softening, surface shedding, and partial collapse. The most important size/shape pattern is:</w:t>
      </w:r>
    </w:p>
    <w:p>
      <w:pPr>
        <w:pStyle w:val="ListBullet"/>
        <w:spacing w:after="30"/>
        <w:ind w:left="432"/>
      </w:pPr>
      <w:r>
        <w:rPr>
          <w:rFonts w:ascii="Arial" w:hAnsi="Arial" w:eastAsia="Arial"/>
          <w:sz w:val="20"/>
        </w:rPr>
        <w:t>0 min: intact, smooth, caplet-like tablet.</w:t>
      </w:r>
    </w:p>
    <w:p>
      <w:pPr>
        <w:pStyle w:val="ListBullet"/>
        <w:spacing w:after="30"/>
        <w:ind w:left="432"/>
      </w:pPr>
      <w:r>
        <w:rPr>
          <w:rFonts w:ascii="Arial" w:hAnsi="Arial" w:eastAsia="Arial"/>
          <w:sz w:val="20"/>
        </w:rPr>
        <w:t>15 min: swollen rounded porous mound, original outline mostly lost.</w:t>
      </w:r>
    </w:p>
    <w:p>
      <w:pPr>
        <w:pStyle w:val="ListBullet"/>
        <w:spacing w:after="30"/>
        <w:ind w:left="432"/>
      </w:pPr>
      <w:r>
        <w:rPr>
          <w:rFonts w:ascii="Arial" w:hAnsi="Arial" w:eastAsia="Arial"/>
          <w:sz w:val="20"/>
        </w:rPr>
        <w:t>30-45 min: irregular fluffy mound, gradual erosion.</w:t>
      </w:r>
    </w:p>
    <w:p>
      <w:pPr>
        <w:pStyle w:val="ListBullet"/>
        <w:spacing w:after="30"/>
        <w:ind w:left="432"/>
      </w:pPr>
      <w:r>
        <w:rPr>
          <w:rFonts w:ascii="Arial" w:hAnsi="Arial" w:eastAsia="Arial"/>
          <w:sz w:val="20"/>
        </w:rPr>
        <w:t>60 min: smaller, low, porous residual mass still present.</w:t>
      </w:r>
    </w:p>
    <w:p>
      <w:pPr>
        <w:spacing w:after="60" w:line="252" w:lineRule="auto"/>
      </w:pPr>
      <w:r>
        <w:rPr>
          <w:rFonts w:ascii="Arial" w:hAnsi="Arial" w:eastAsia="Arial"/>
          <w:b w:val="0"/>
          <w:i w:val="0"/>
        </w:rPr>
        <w:t>At this stage, I cannot determine whether Group A and Group B are the same drug because Group B has not been uploaded yet. Once Group B's five images are available, I will compare the two groups based on tablet starting shape, color transition, swelling pattern, erosion speed, residual mass at 60 min, and fragment distribution.</w:t>
      </w:r>
    </w:p>
    <w:p>
      <w:pPr>
        <w:pStyle w:val="Heading1"/>
      </w:pPr>
      <w:r>
        <w:t>3. Group B Images and Analysis</w:t>
      </w:r>
    </w:p>
    <w:p>
      <w:pPr>
        <w:spacing w:before="60" w:after="20"/>
      </w:pPr>
      <w:r>
        <w:rPr>
          <w:rFonts w:ascii="Arial" w:hAnsi="Arial" w:eastAsia="Arial"/>
          <w:b/>
          <w:color w:val="1F4E79"/>
          <w:sz w:val="21"/>
        </w:rPr>
        <w:t>User</w:t>
      </w:r>
    </w:p>
    <w:p>
      <w:pPr>
        <w:spacing w:after="60" w:line="252" w:lineRule="auto"/>
      </w:pPr>
      <w:r>
        <w:rPr>
          <w:rFonts w:ascii="Arial" w:hAnsi="Arial" w:eastAsia="Arial"/>
          <w:b w:val="0"/>
          <w:i w:val="0"/>
        </w:rPr>
        <w:t>When you describe the drug, please make sure your English description is accurate. Think carefully and reduce the occurrence of hallucinations. Each picture is taken 15 minutes apart. This is Group B.</w:t>
      </w:r>
    </w:p>
    <w:p>
      <w:pPr>
        <w:pStyle w:val="Heading2"/>
      </w:pPr>
      <w:r>
        <w:t>Group B Uploaded Images</w:t>
      </w:r>
    </w:p>
    <w:p>
      <w:pPr>
        <w:jc w:val="center"/>
      </w:pPr>
      <w:r>
        <w:drawing>
          <wp:inline xmlns:a="http://schemas.openxmlformats.org/drawingml/2006/main" xmlns:pic="http://schemas.openxmlformats.org/drawingml/2006/picture">
            <wp:extent cx="5303520" cy="2983230"/>
            <wp:docPr id="6" name="Picture 6"/>
            <wp:cNvGraphicFramePr>
              <a:graphicFrameLocks noChangeAspect="1"/>
            </wp:cNvGraphicFramePr>
            <a:graphic>
              <a:graphicData uri="http://schemas.openxmlformats.org/drawingml/2006/picture">
                <pic:pic>
                  <pic:nvPicPr>
                    <pic:cNvPr id="0" name="03 0.jpg"/>
                    <pic:cNvPicPr/>
                  </pic:nvPicPr>
                  <pic:blipFill>
                    <a:blip r:embed="rId14"/>
                    <a:stretch>
                      <a:fillRect/>
                    </a:stretch>
                  </pic:blipFill>
                  <pic:spPr>
                    <a:xfrm>
                      <a:off x="0" y="0"/>
                      <a:ext cx="5303520" cy="2983230"/>
                    </a:xfrm>
                    <a:prstGeom prst="rect"/>
                  </pic:spPr>
                </pic:pic>
              </a:graphicData>
            </a:graphic>
          </wp:inline>
        </w:drawing>
      </w:r>
    </w:p>
    <w:p>
      <w:pPr>
        <w:spacing w:after="120"/>
        <w:jc w:val="center"/>
      </w:pPr>
      <w:r>
        <w:rPr>
          <w:rFonts w:ascii="Arial" w:hAnsi="Arial" w:eastAsia="Arial"/>
          <w:i/>
          <w:sz w:val="18"/>
        </w:rPr>
        <w:t>Group B - 0 min</w:t>
      </w:r>
    </w:p>
    <w:p>
      <w:pPr>
        <w:jc w:val="center"/>
      </w:pPr>
      <w:r>
        <w:drawing>
          <wp:inline xmlns:a="http://schemas.openxmlformats.org/drawingml/2006/main" xmlns:pic="http://schemas.openxmlformats.org/drawingml/2006/picture">
            <wp:extent cx="5303520" cy="2983230"/>
            <wp:docPr id="7" name="Picture 7"/>
            <wp:cNvGraphicFramePr>
              <a:graphicFrameLocks noChangeAspect="1"/>
            </wp:cNvGraphicFramePr>
            <a:graphic>
              <a:graphicData uri="http://schemas.openxmlformats.org/drawingml/2006/picture">
                <pic:pic>
                  <pic:nvPicPr>
                    <pic:cNvPr id="0" name="03 15.jpg"/>
                    <pic:cNvPicPr/>
                  </pic:nvPicPr>
                  <pic:blipFill>
                    <a:blip r:embed="rId15"/>
                    <a:stretch>
                      <a:fillRect/>
                    </a:stretch>
                  </pic:blipFill>
                  <pic:spPr>
                    <a:xfrm>
                      <a:off x="0" y="0"/>
                      <a:ext cx="5303520" cy="2983230"/>
                    </a:xfrm>
                    <a:prstGeom prst="rect"/>
                  </pic:spPr>
                </pic:pic>
              </a:graphicData>
            </a:graphic>
          </wp:inline>
        </w:drawing>
      </w:r>
    </w:p>
    <w:p>
      <w:pPr>
        <w:spacing w:after="120"/>
        <w:jc w:val="center"/>
      </w:pPr>
      <w:r>
        <w:rPr>
          <w:rFonts w:ascii="Arial" w:hAnsi="Arial" w:eastAsia="Arial"/>
          <w:i/>
          <w:sz w:val="18"/>
        </w:rPr>
        <w:t>Group B - 15 min</w:t>
      </w:r>
    </w:p>
    <w:p>
      <w:pPr>
        <w:jc w:val="center"/>
      </w:pPr>
      <w:r>
        <w:drawing>
          <wp:inline xmlns:a="http://schemas.openxmlformats.org/drawingml/2006/main" xmlns:pic="http://schemas.openxmlformats.org/drawingml/2006/picture">
            <wp:extent cx="5303520" cy="2983230"/>
            <wp:docPr id="8" name="Picture 8"/>
            <wp:cNvGraphicFramePr>
              <a:graphicFrameLocks noChangeAspect="1"/>
            </wp:cNvGraphicFramePr>
            <a:graphic>
              <a:graphicData uri="http://schemas.openxmlformats.org/drawingml/2006/picture">
                <pic:pic>
                  <pic:nvPicPr>
                    <pic:cNvPr id="0" name="03 30.jpg"/>
                    <pic:cNvPicPr/>
                  </pic:nvPicPr>
                  <pic:blipFill>
                    <a:blip r:embed="rId16"/>
                    <a:stretch>
                      <a:fillRect/>
                    </a:stretch>
                  </pic:blipFill>
                  <pic:spPr>
                    <a:xfrm>
                      <a:off x="0" y="0"/>
                      <a:ext cx="5303520" cy="2983230"/>
                    </a:xfrm>
                    <a:prstGeom prst="rect"/>
                  </pic:spPr>
                </pic:pic>
              </a:graphicData>
            </a:graphic>
          </wp:inline>
        </w:drawing>
      </w:r>
    </w:p>
    <w:p>
      <w:pPr>
        <w:spacing w:after="120"/>
        <w:jc w:val="center"/>
      </w:pPr>
      <w:r>
        <w:rPr>
          <w:rFonts w:ascii="Arial" w:hAnsi="Arial" w:eastAsia="Arial"/>
          <w:i/>
          <w:sz w:val="18"/>
        </w:rPr>
        <w:t>Group B - 30 min</w:t>
      </w:r>
    </w:p>
    <w:p>
      <w:pPr>
        <w:jc w:val="center"/>
      </w:pPr>
      <w:r>
        <w:drawing>
          <wp:inline xmlns:a="http://schemas.openxmlformats.org/drawingml/2006/main" xmlns:pic="http://schemas.openxmlformats.org/drawingml/2006/picture">
            <wp:extent cx="5303520" cy="2983230"/>
            <wp:docPr id="9" name="Picture 9"/>
            <wp:cNvGraphicFramePr>
              <a:graphicFrameLocks noChangeAspect="1"/>
            </wp:cNvGraphicFramePr>
            <a:graphic>
              <a:graphicData uri="http://schemas.openxmlformats.org/drawingml/2006/picture">
                <pic:pic>
                  <pic:nvPicPr>
                    <pic:cNvPr id="0" name="03 45.jpg"/>
                    <pic:cNvPicPr/>
                  </pic:nvPicPr>
                  <pic:blipFill>
                    <a:blip r:embed="rId17"/>
                    <a:stretch>
                      <a:fillRect/>
                    </a:stretch>
                  </pic:blipFill>
                  <pic:spPr>
                    <a:xfrm>
                      <a:off x="0" y="0"/>
                      <a:ext cx="5303520" cy="2983230"/>
                    </a:xfrm>
                    <a:prstGeom prst="rect"/>
                  </pic:spPr>
                </pic:pic>
              </a:graphicData>
            </a:graphic>
          </wp:inline>
        </w:drawing>
      </w:r>
    </w:p>
    <w:p>
      <w:pPr>
        <w:spacing w:after="120"/>
        <w:jc w:val="center"/>
      </w:pPr>
      <w:r>
        <w:rPr>
          <w:rFonts w:ascii="Arial" w:hAnsi="Arial" w:eastAsia="Arial"/>
          <w:i/>
          <w:sz w:val="18"/>
        </w:rPr>
        <w:t>Group B - 45 min</w:t>
      </w:r>
    </w:p>
    <w:p>
      <w:pPr>
        <w:jc w:val="center"/>
      </w:pPr>
      <w:r>
        <w:drawing>
          <wp:inline xmlns:a="http://schemas.openxmlformats.org/drawingml/2006/main" xmlns:pic="http://schemas.openxmlformats.org/drawingml/2006/picture">
            <wp:extent cx="5303520" cy="2983230"/>
            <wp:docPr id="10" name="Picture 10"/>
            <wp:cNvGraphicFramePr>
              <a:graphicFrameLocks noChangeAspect="1"/>
            </wp:cNvGraphicFramePr>
            <a:graphic>
              <a:graphicData uri="http://schemas.openxmlformats.org/drawingml/2006/picture">
                <pic:pic>
                  <pic:nvPicPr>
                    <pic:cNvPr id="0" name="03 60.jpg"/>
                    <pic:cNvPicPr/>
                  </pic:nvPicPr>
                  <pic:blipFill>
                    <a:blip r:embed="rId18"/>
                    <a:stretch>
                      <a:fillRect/>
                    </a:stretch>
                  </pic:blipFill>
                  <pic:spPr>
                    <a:xfrm>
                      <a:off x="0" y="0"/>
                      <a:ext cx="5303520" cy="2983230"/>
                    </a:xfrm>
                    <a:prstGeom prst="rect"/>
                  </pic:spPr>
                </pic:pic>
              </a:graphicData>
            </a:graphic>
          </wp:inline>
        </w:drawing>
      </w:r>
    </w:p>
    <w:p>
      <w:pPr>
        <w:spacing w:after="120"/>
        <w:jc w:val="center"/>
      </w:pPr>
      <w:r>
        <w:rPr>
          <w:rFonts w:ascii="Arial" w:hAnsi="Arial" w:eastAsia="Arial"/>
          <w:i/>
          <w:sz w:val="18"/>
        </w:rPr>
        <w:t>Group B - 60 min</w:t>
      </w:r>
    </w:p>
    <w:p>
      <w:pPr>
        <w:spacing w:before="60" w:after="20"/>
      </w:pPr>
      <w:r>
        <w:rPr>
          <w:rFonts w:ascii="Arial" w:hAnsi="Arial" w:eastAsia="Arial"/>
          <w:b/>
          <w:color w:val="1F4E79"/>
          <w:sz w:val="21"/>
        </w:rPr>
        <w:t>Assistant</w:t>
      </w:r>
    </w:p>
    <w:p>
      <w:pPr>
        <w:spacing w:after="60" w:line="252" w:lineRule="auto"/>
      </w:pPr>
      <w:r>
        <w:rPr>
          <w:rFonts w:ascii="Arial" w:hAnsi="Arial" w:eastAsia="Arial"/>
          <w:b w:val="0"/>
          <w:i w:val="0"/>
        </w:rPr>
        <w:t>I analyzed Group B and compared it with Group A. I used the Knowledge Base framework that requires observation of color, shape, surface texture, volume, dissolution speed/time, physical state, dissolution medium, and fragment distribution/density. The final judgment below is based only on visible image features, not on chemical testing.</w:t>
      </w:r>
    </w:p>
    <w:p>
      <w:pPr>
        <w:pStyle w:val="Heading2"/>
      </w:pPr>
      <w:r>
        <w:t>Group B - Doxycycline Hyclate Tablets - Image-by-image Description</w:t>
      </w:r>
    </w:p>
    <w:p>
      <w:pPr>
        <w:pStyle w:val="Heading3"/>
      </w:pPr>
      <w:r>
        <w:t>Image 1 - 0 min</w:t>
      </w:r>
    </w:p>
    <w:tbl>
      <w:tblPr>
        <w:tblStyle w:val="TableGrid"/>
        <w:tblW w:type="auto" w:w="0"/>
        <w:jc w:val="center"/>
        <w:tblLayout w:type="autofit"/>
        <w:tblLook w:firstColumn="1" w:firstRow="1" w:lastColumn="0" w:lastRow="0" w:noHBand="0" w:noVBand="1" w:val="04A0"/>
      </w:tblPr>
      <w:tblGrid>
        <w:gridCol w:w="5184"/>
        <w:gridCol w:w="5184"/>
      </w:tblGrid>
      <w:tr>
        <w:tc>
          <w:tcPr>
            <w:tcW w:type="dxa" w:w="5184"/>
            <w:shd w:fill="D9EAF7"/>
          </w:tcPr>
          <w:p>
            <w:r/>
            <w:r>
              <w:rPr>
                <w:rFonts w:ascii="Arial" w:hAnsi="Arial" w:eastAsia="Arial"/>
                <w:b/>
                <w:sz w:val="19"/>
              </w:rPr>
              <w:t>Dimension</w:t>
            </w:r>
          </w:p>
        </w:tc>
        <w:tc>
          <w:tcPr>
            <w:tcW w:type="dxa" w:w="5184"/>
            <w:shd w:fill="D9EAF7"/>
          </w:tcPr>
          <w:p>
            <w:r/>
            <w:r>
              <w:rPr>
                <w:rFonts w:ascii="Arial" w:hAnsi="Arial" w:eastAsia="Arial"/>
                <w:b/>
                <w:sz w:val="19"/>
              </w:rPr>
              <w:t>Description</w:t>
            </w:r>
          </w:p>
        </w:tc>
      </w:tr>
      <w:tr>
        <w:tc>
          <w:tcPr>
            <w:tcW w:type="dxa" w:w="5184"/>
            <w:vAlign w:val="top"/>
          </w:tcPr>
          <w:p>
            <w:r/>
            <w:r>
              <w:rPr>
                <w:rFonts w:ascii="Arial" w:hAnsi="Arial" w:eastAsia="Arial"/>
                <w:b/>
                <w:sz w:val="18"/>
              </w:rPr>
              <w:t>Color change</w:t>
            </w:r>
          </w:p>
        </w:tc>
        <w:tc>
          <w:tcPr>
            <w:tcW w:type="dxa" w:w="5184"/>
            <w:vAlign w:val="top"/>
          </w:tcPr>
          <w:p>
            <w:r/>
            <w:r>
              <w:rPr>
                <w:rFonts w:ascii="Arial" w:hAnsi="Arial" w:eastAsia="Arial"/>
                <w:b w:val="0"/>
                <w:sz w:val="18"/>
              </w:rPr>
              <w:t>The tablet is already pale yellow at the beginning. The color is relatively uniform, with no obvious white coating layer dominating the surface.</w:t>
            </w:r>
          </w:p>
        </w:tc>
      </w:tr>
      <w:tr>
        <w:tc>
          <w:tcPr>
            <w:tcW w:type="dxa" w:w="5184"/>
            <w:vAlign w:val="top"/>
          </w:tcPr>
          <w:p>
            <w:r/>
            <w:r>
              <w:rPr>
                <w:rFonts w:ascii="Arial" w:hAnsi="Arial" w:eastAsia="Arial"/>
                <w:b/>
                <w:sz w:val="18"/>
              </w:rPr>
              <w:t>Shape change</w:t>
            </w:r>
          </w:p>
        </w:tc>
        <w:tc>
          <w:tcPr>
            <w:tcW w:type="dxa" w:w="5184"/>
            <w:vAlign w:val="top"/>
          </w:tcPr>
          <w:p>
            <w:r/>
            <w:r>
              <w:rPr>
                <w:rFonts w:ascii="Arial" w:hAnsi="Arial" w:eastAsia="Arial"/>
                <w:b w:val="0"/>
                <w:sz w:val="18"/>
              </w:rPr>
              <w:t>The tablet appears as a large, flat, cylindrical tablet in side view. It has a long horizontal profile, a flat top, a flat bottom, and nearly vertical side walls.</w:t>
            </w:r>
          </w:p>
        </w:tc>
      </w:tr>
      <w:tr>
        <w:tc>
          <w:tcPr>
            <w:tcW w:type="dxa" w:w="5184"/>
            <w:vAlign w:val="top"/>
          </w:tcPr>
          <w:p>
            <w:r/>
            <w:r>
              <w:rPr>
                <w:rFonts w:ascii="Arial" w:hAnsi="Arial" w:eastAsia="Arial"/>
                <w:b/>
                <w:sz w:val="18"/>
              </w:rPr>
              <w:t>Surface texture change</w:t>
            </w:r>
          </w:p>
        </w:tc>
        <w:tc>
          <w:tcPr>
            <w:tcW w:type="dxa" w:w="5184"/>
            <w:vAlign w:val="top"/>
          </w:tcPr>
          <w:p>
            <w:r/>
            <w:r>
              <w:rPr>
                <w:rFonts w:ascii="Arial" w:hAnsi="Arial" w:eastAsia="Arial"/>
                <w:b w:val="0"/>
                <w:sz w:val="18"/>
              </w:rPr>
              <w:t>The surface is mostly compact and smooth, though slightly matte or finely granular. No obvious cracks or peeling are visible.</w:t>
            </w:r>
          </w:p>
        </w:tc>
      </w:tr>
      <w:tr>
        <w:tc>
          <w:tcPr>
            <w:tcW w:type="dxa" w:w="5184"/>
            <w:vAlign w:val="top"/>
          </w:tcPr>
          <w:p>
            <w:r/>
            <w:r>
              <w:rPr>
                <w:rFonts w:ascii="Arial" w:hAnsi="Arial" w:eastAsia="Arial"/>
                <w:b/>
                <w:sz w:val="18"/>
              </w:rPr>
              <w:t>Volume / size change</w:t>
            </w:r>
          </w:p>
        </w:tc>
        <w:tc>
          <w:tcPr>
            <w:tcW w:type="dxa" w:w="5184"/>
            <w:vAlign w:val="top"/>
          </w:tcPr>
          <w:p>
            <w:r/>
            <w:r>
              <w:rPr>
                <w:rFonts w:ascii="Arial" w:hAnsi="Arial" w:eastAsia="Arial"/>
                <w:b w:val="0"/>
                <w:sz w:val="18"/>
              </w:rPr>
              <w:t>This is the baseline state. The tablet appears wide and relatively low in height, with a clearly defined rectangular side profile.</w:t>
            </w:r>
          </w:p>
        </w:tc>
      </w:tr>
      <w:tr>
        <w:tc>
          <w:tcPr>
            <w:tcW w:type="dxa" w:w="5184"/>
            <w:vAlign w:val="top"/>
          </w:tcPr>
          <w:p>
            <w:r/>
            <w:r>
              <w:rPr>
                <w:rFonts w:ascii="Arial" w:hAnsi="Arial" w:eastAsia="Arial"/>
                <w:b/>
                <w:sz w:val="18"/>
              </w:rPr>
              <w:t>Dissolution speed and time</w:t>
            </w:r>
          </w:p>
        </w:tc>
        <w:tc>
          <w:tcPr>
            <w:tcW w:type="dxa" w:w="5184"/>
            <w:vAlign w:val="top"/>
          </w:tcPr>
          <w:p>
            <w:r/>
            <w:r>
              <w:rPr>
                <w:rFonts w:ascii="Arial" w:hAnsi="Arial" w:eastAsia="Arial"/>
                <w:b w:val="0"/>
                <w:sz w:val="18"/>
              </w:rPr>
              <w:t>No clear disintegration has occurred yet.</w:t>
            </w:r>
          </w:p>
        </w:tc>
      </w:tr>
      <w:tr>
        <w:tc>
          <w:tcPr>
            <w:tcW w:type="dxa" w:w="5184"/>
            <w:vAlign w:val="top"/>
          </w:tcPr>
          <w:p>
            <w:r/>
            <w:r>
              <w:rPr>
                <w:rFonts w:ascii="Arial" w:hAnsi="Arial" w:eastAsia="Arial"/>
                <w:b/>
                <w:sz w:val="18"/>
              </w:rPr>
              <w:t>Physical state change</w:t>
            </w:r>
          </w:p>
        </w:tc>
        <w:tc>
          <w:tcPr>
            <w:tcW w:type="dxa" w:w="5184"/>
            <w:vAlign w:val="top"/>
          </w:tcPr>
          <w:p>
            <w:r/>
            <w:r>
              <w:rPr>
                <w:rFonts w:ascii="Arial" w:hAnsi="Arial" w:eastAsia="Arial"/>
                <w:b w:val="0"/>
                <w:sz w:val="18"/>
              </w:rPr>
              <w:t>The tablet remains solid and structurally intact.</w:t>
            </w:r>
          </w:p>
        </w:tc>
      </w:tr>
      <w:tr>
        <w:tc>
          <w:tcPr>
            <w:tcW w:type="dxa" w:w="5184"/>
            <w:vAlign w:val="top"/>
          </w:tcPr>
          <w:p>
            <w:r/>
            <w:r>
              <w:rPr>
                <w:rFonts w:ascii="Arial" w:hAnsi="Arial" w:eastAsia="Arial"/>
                <w:b/>
                <w:sz w:val="18"/>
              </w:rPr>
              <w:t>Dissolution medium</w:t>
            </w:r>
          </w:p>
        </w:tc>
        <w:tc>
          <w:tcPr>
            <w:tcW w:type="dxa" w:w="5184"/>
            <w:vAlign w:val="top"/>
          </w:tcPr>
          <w:p>
            <w:r/>
            <w:r>
              <w:rPr>
                <w:rFonts w:ascii="Arial" w:hAnsi="Arial" w:eastAsia="Arial"/>
                <w:b w:val="0"/>
                <w:sz w:val="18"/>
              </w:rPr>
              <w:t>The surrounding medium appears mostly clear/dark, with only a few small background particles.</w:t>
            </w:r>
          </w:p>
        </w:tc>
      </w:tr>
      <w:tr>
        <w:tc>
          <w:tcPr>
            <w:tcW w:type="dxa" w:w="5184"/>
            <w:vAlign w:val="top"/>
          </w:tcPr>
          <w:p>
            <w:r/>
            <w:r>
              <w:rPr>
                <w:rFonts w:ascii="Arial" w:hAnsi="Arial" w:eastAsia="Arial"/>
                <w:b/>
                <w:sz w:val="18"/>
              </w:rPr>
              <w:t>Fragment distribution and density</w:t>
            </w:r>
          </w:p>
        </w:tc>
        <w:tc>
          <w:tcPr>
            <w:tcW w:type="dxa" w:w="5184"/>
            <w:vAlign w:val="top"/>
          </w:tcPr>
          <w:p>
            <w:r/>
            <w:r>
              <w:rPr>
                <w:rFonts w:ascii="Arial" w:hAnsi="Arial" w:eastAsia="Arial"/>
                <w:b w:val="0"/>
                <w:sz w:val="18"/>
              </w:rPr>
              <w:t>No visible fragments are detached from the tablet at this time.</w:t>
            </w:r>
          </w:p>
        </w:tc>
      </w:tr>
    </w:tbl>
    <w:p/>
    <w:p>
      <w:pPr>
        <w:pStyle w:val="Heading3"/>
      </w:pPr>
      <w:r>
        <w:t>Image 2 - 15 min</w:t>
      </w:r>
    </w:p>
    <w:tbl>
      <w:tblPr>
        <w:tblStyle w:val="TableGrid"/>
        <w:tblW w:type="auto" w:w="0"/>
        <w:jc w:val="center"/>
        <w:tblLayout w:type="autofit"/>
        <w:tblLook w:firstColumn="1" w:firstRow="1" w:lastColumn="0" w:lastRow="0" w:noHBand="0" w:noVBand="1" w:val="04A0"/>
      </w:tblPr>
      <w:tblGrid>
        <w:gridCol w:w="5184"/>
        <w:gridCol w:w="5184"/>
      </w:tblGrid>
      <w:tr>
        <w:tc>
          <w:tcPr>
            <w:tcW w:type="dxa" w:w="5184"/>
            <w:shd w:fill="D9EAF7"/>
          </w:tcPr>
          <w:p>
            <w:r/>
            <w:r>
              <w:rPr>
                <w:rFonts w:ascii="Arial" w:hAnsi="Arial" w:eastAsia="Arial"/>
                <w:b/>
                <w:sz w:val="19"/>
              </w:rPr>
              <w:t>Dimension</w:t>
            </w:r>
          </w:p>
        </w:tc>
        <w:tc>
          <w:tcPr>
            <w:tcW w:type="dxa" w:w="5184"/>
            <w:shd w:fill="D9EAF7"/>
          </w:tcPr>
          <w:p>
            <w:r/>
            <w:r>
              <w:rPr>
                <w:rFonts w:ascii="Arial" w:hAnsi="Arial" w:eastAsia="Arial"/>
                <w:b/>
                <w:sz w:val="19"/>
              </w:rPr>
              <w:t>Description</w:t>
            </w:r>
          </w:p>
        </w:tc>
      </w:tr>
      <w:tr>
        <w:tc>
          <w:tcPr>
            <w:tcW w:type="dxa" w:w="5184"/>
            <w:vAlign w:val="top"/>
          </w:tcPr>
          <w:p>
            <w:r/>
            <w:r>
              <w:rPr>
                <w:rFonts w:ascii="Arial" w:hAnsi="Arial" w:eastAsia="Arial"/>
                <w:b/>
                <w:sz w:val="18"/>
              </w:rPr>
              <w:t>Color change</w:t>
            </w:r>
          </w:p>
        </w:tc>
        <w:tc>
          <w:tcPr>
            <w:tcW w:type="dxa" w:w="5184"/>
            <w:vAlign w:val="top"/>
          </w:tcPr>
          <w:p>
            <w:r/>
            <w:r>
              <w:rPr>
                <w:rFonts w:ascii="Arial" w:hAnsi="Arial" w:eastAsia="Arial"/>
                <w:b w:val="0"/>
                <w:sz w:val="18"/>
              </w:rPr>
              <w:t>The tablet has changed from uniform pale yellow to a yellow-white layered mass. Yellow material remains mainly in the middle, while white, loosened material appears around the outside and base.</w:t>
            </w:r>
          </w:p>
        </w:tc>
      </w:tr>
      <w:tr>
        <w:tc>
          <w:tcPr>
            <w:tcW w:type="dxa" w:w="5184"/>
            <w:vAlign w:val="top"/>
          </w:tcPr>
          <w:p>
            <w:r/>
            <w:r>
              <w:rPr>
                <w:rFonts w:ascii="Arial" w:hAnsi="Arial" w:eastAsia="Arial"/>
                <w:b/>
                <w:sz w:val="18"/>
              </w:rPr>
              <w:t>Shape change</w:t>
            </w:r>
          </w:p>
        </w:tc>
        <w:tc>
          <w:tcPr>
            <w:tcW w:type="dxa" w:w="5184"/>
            <w:vAlign w:val="top"/>
          </w:tcPr>
          <w:p>
            <w:r/>
            <w:r>
              <w:rPr>
                <w:rFonts w:ascii="Arial" w:hAnsi="Arial" w:eastAsia="Arial"/>
                <w:b w:val="0"/>
                <w:sz w:val="18"/>
              </w:rPr>
              <w:t>The original flat cylindrical shape has largely collapsed. The tablet becomes a wide, flattened, swollen mound, with irregular left and right margins.</w:t>
            </w:r>
          </w:p>
        </w:tc>
      </w:tr>
      <w:tr>
        <w:tc>
          <w:tcPr>
            <w:tcW w:type="dxa" w:w="5184"/>
            <w:vAlign w:val="top"/>
          </w:tcPr>
          <w:p>
            <w:r/>
            <w:r>
              <w:rPr>
                <w:rFonts w:ascii="Arial" w:hAnsi="Arial" w:eastAsia="Arial"/>
                <w:b/>
                <w:sz w:val="18"/>
              </w:rPr>
              <w:t>Surface texture change</w:t>
            </w:r>
          </w:p>
        </w:tc>
        <w:tc>
          <w:tcPr>
            <w:tcW w:type="dxa" w:w="5184"/>
            <w:vAlign w:val="top"/>
          </w:tcPr>
          <w:p>
            <w:r/>
            <w:r>
              <w:rPr>
                <w:rFonts w:ascii="Arial" w:hAnsi="Arial" w:eastAsia="Arial"/>
                <w:b w:val="0"/>
                <w:sz w:val="18"/>
              </w:rPr>
              <w:t>The surface becomes very rough, fluffy, and porous. The outer material looks soft and powder-like, especially along the top and lower edges.</w:t>
            </w:r>
          </w:p>
        </w:tc>
      </w:tr>
      <w:tr>
        <w:tc>
          <w:tcPr>
            <w:tcW w:type="dxa" w:w="5184"/>
            <w:vAlign w:val="top"/>
          </w:tcPr>
          <w:p>
            <w:r/>
            <w:r>
              <w:rPr>
                <w:rFonts w:ascii="Arial" w:hAnsi="Arial" w:eastAsia="Arial"/>
                <w:b/>
                <w:sz w:val="18"/>
              </w:rPr>
              <w:t>Volume / size change</w:t>
            </w:r>
          </w:p>
        </w:tc>
        <w:tc>
          <w:tcPr>
            <w:tcW w:type="dxa" w:w="5184"/>
            <w:vAlign w:val="top"/>
          </w:tcPr>
          <w:p>
            <w:r/>
            <w:r>
              <w:rPr>
                <w:rFonts w:ascii="Arial" w:hAnsi="Arial" w:eastAsia="Arial"/>
                <w:b w:val="0"/>
                <w:sz w:val="18"/>
              </w:rPr>
              <w:t>The compact tablet has expanded laterally into a broader, looser mass. Although the original solid structure is breaking down, the visible disintegrated mass occupies a larger area than the intact tablet outline.</w:t>
            </w:r>
          </w:p>
        </w:tc>
      </w:tr>
      <w:tr>
        <w:tc>
          <w:tcPr>
            <w:tcW w:type="dxa" w:w="5184"/>
            <w:vAlign w:val="top"/>
          </w:tcPr>
          <w:p>
            <w:r/>
            <w:r>
              <w:rPr>
                <w:rFonts w:ascii="Arial" w:hAnsi="Arial" w:eastAsia="Arial"/>
                <w:b/>
                <w:sz w:val="18"/>
              </w:rPr>
              <w:t>Dissolution speed and time</w:t>
            </w:r>
          </w:p>
        </w:tc>
        <w:tc>
          <w:tcPr>
            <w:tcW w:type="dxa" w:w="5184"/>
            <w:vAlign w:val="top"/>
          </w:tcPr>
          <w:p>
            <w:r/>
            <w:r>
              <w:rPr>
                <w:rFonts w:ascii="Arial" w:hAnsi="Arial" w:eastAsia="Arial"/>
                <w:b w:val="0"/>
                <w:sz w:val="18"/>
              </w:rPr>
              <w:t>A major change occurs between 0 and 15 min, indicating a fast early disintegration stage after liquid penetration.</w:t>
            </w:r>
          </w:p>
        </w:tc>
      </w:tr>
      <w:tr>
        <w:tc>
          <w:tcPr>
            <w:tcW w:type="dxa" w:w="5184"/>
            <w:vAlign w:val="top"/>
          </w:tcPr>
          <w:p>
            <w:r/>
            <w:r>
              <w:rPr>
                <w:rFonts w:ascii="Arial" w:hAnsi="Arial" w:eastAsia="Arial"/>
                <w:b/>
                <w:sz w:val="18"/>
              </w:rPr>
              <w:t>Physical state change</w:t>
            </w:r>
          </w:p>
        </w:tc>
        <w:tc>
          <w:tcPr>
            <w:tcW w:type="dxa" w:w="5184"/>
            <w:vAlign w:val="top"/>
          </w:tcPr>
          <w:p>
            <w:r/>
            <w:r>
              <w:rPr>
                <w:rFonts w:ascii="Arial" w:hAnsi="Arial" w:eastAsia="Arial"/>
                <w:b w:val="0"/>
                <w:sz w:val="18"/>
              </w:rPr>
              <w:t>The tablet changes from a hard compact solid into a swollen, softened, partially collapsed aggregate.</w:t>
            </w:r>
          </w:p>
        </w:tc>
      </w:tr>
      <w:tr>
        <w:tc>
          <w:tcPr>
            <w:tcW w:type="dxa" w:w="5184"/>
            <w:vAlign w:val="top"/>
          </w:tcPr>
          <w:p>
            <w:r/>
            <w:r>
              <w:rPr>
                <w:rFonts w:ascii="Arial" w:hAnsi="Arial" w:eastAsia="Arial"/>
                <w:b/>
                <w:sz w:val="18"/>
              </w:rPr>
              <w:t>Dissolution medium</w:t>
            </w:r>
          </w:p>
        </w:tc>
        <w:tc>
          <w:tcPr>
            <w:tcW w:type="dxa" w:w="5184"/>
            <w:vAlign w:val="top"/>
          </w:tcPr>
          <w:p>
            <w:r/>
            <w:r>
              <w:rPr>
                <w:rFonts w:ascii="Arial" w:hAnsi="Arial" w:eastAsia="Arial"/>
                <w:b w:val="0"/>
                <w:sz w:val="18"/>
              </w:rPr>
              <w:t>Many fine particles are visible around the tablet, especially above and near the base, but the whole medium is not uniformly cloudy.</w:t>
            </w:r>
          </w:p>
        </w:tc>
      </w:tr>
      <w:tr>
        <w:tc>
          <w:tcPr>
            <w:tcW w:type="dxa" w:w="5184"/>
            <w:vAlign w:val="top"/>
          </w:tcPr>
          <w:p>
            <w:r/>
            <w:r>
              <w:rPr>
                <w:rFonts w:ascii="Arial" w:hAnsi="Arial" w:eastAsia="Arial"/>
                <w:b/>
                <w:sz w:val="18"/>
              </w:rPr>
              <w:t>Fragment distribution and density</w:t>
            </w:r>
          </w:p>
        </w:tc>
        <w:tc>
          <w:tcPr>
            <w:tcW w:type="dxa" w:w="5184"/>
            <w:vAlign w:val="top"/>
          </w:tcPr>
          <w:p>
            <w:r/>
            <w:r>
              <w:rPr>
                <w:rFonts w:ascii="Arial" w:hAnsi="Arial" w:eastAsia="Arial"/>
                <w:b w:val="0"/>
                <w:sz w:val="18"/>
              </w:rPr>
              <w:t>Fragment density is high near the tablet. Fine particles are scattered upward and outward, while heavier material accumulates close to the base.</w:t>
            </w:r>
          </w:p>
        </w:tc>
      </w:tr>
    </w:tbl>
    <w:p/>
    <w:p>
      <w:pPr>
        <w:pStyle w:val="Heading3"/>
      </w:pPr>
      <w:r>
        <w:t>Image 3 - 30 min</w:t>
      </w:r>
    </w:p>
    <w:tbl>
      <w:tblPr>
        <w:tblStyle w:val="TableGrid"/>
        <w:tblW w:type="auto" w:w="0"/>
        <w:jc w:val="center"/>
        <w:tblLayout w:type="autofit"/>
        <w:tblLook w:firstColumn="1" w:firstRow="1" w:lastColumn="0" w:lastRow="0" w:noHBand="0" w:noVBand="1" w:val="04A0"/>
      </w:tblPr>
      <w:tblGrid>
        <w:gridCol w:w="5184"/>
        <w:gridCol w:w="5184"/>
      </w:tblGrid>
      <w:tr>
        <w:tc>
          <w:tcPr>
            <w:tcW w:type="dxa" w:w="5184"/>
            <w:shd w:fill="D9EAF7"/>
          </w:tcPr>
          <w:p>
            <w:r/>
            <w:r>
              <w:rPr>
                <w:rFonts w:ascii="Arial" w:hAnsi="Arial" w:eastAsia="Arial"/>
                <w:b/>
                <w:sz w:val="19"/>
              </w:rPr>
              <w:t>Dimension</w:t>
            </w:r>
          </w:p>
        </w:tc>
        <w:tc>
          <w:tcPr>
            <w:tcW w:type="dxa" w:w="5184"/>
            <w:shd w:fill="D9EAF7"/>
          </w:tcPr>
          <w:p>
            <w:r/>
            <w:r>
              <w:rPr>
                <w:rFonts w:ascii="Arial" w:hAnsi="Arial" w:eastAsia="Arial"/>
                <w:b/>
                <w:sz w:val="19"/>
              </w:rPr>
              <w:t>Description</w:t>
            </w:r>
          </w:p>
        </w:tc>
      </w:tr>
      <w:tr>
        <w:tc>
          <w:tcPr>
            <w:tcW w:type="dxa" w:w="5184"/>
            <w:vAlign w:val="top"/>
          </w:tcPr>
          <w:p>
            <w:r/>
            <w:r>
              <w:rPr>
                <w:rFonts w:ascii="Arial" w:hAnsi="Arial" w:eastAsia="Arial"/>
                <w:b/>
                <w:sz w:val="18"/>
              </w:rPr>
              <w:t>Color change</w:t>
            </w:r>
          </w:p>
        </w:tc>
        <w:tc>
          <w:tcPr>
            <w:tcW w:type="dxa" w:w="5184"/>
            <w:vAlign w:val="top"/>
          </w:tcPr>
          <w:p>
            <w:r/>
            <w:r>
              <w:rPr>
                <w:rFonts w:ascii="Arial" w:hAnsi="Arial" w:eastAsia="Arial"/>
                <w:b w:val="0"/>
                <w:sz w:val="18"/>
              </w:rPr>
              <w:t>Yellow color is still visible in the central region, but the outer material is mostly white. The yellow area is less uniform and appears partially buried inside the remaining mass.</w:t>
            </w:r>
          </w:p>
        </w:tc>
      </w:tr>
      <w:tr>
        <w:tc>
          <w:tcPr>
            <w:tcW w:type="dxa" w:w="5184"/>
            <w:vAlign w:val="top"/>
          </w:tcPr>
          <w:p>
            <w:r/>
            <w:r>
              <w:rPr>
                <w:rFonts w:ascii="Arial" w:hAnsi="Arial" w:eastAsia="Arial"/>
                <w:b/>
                <w:sz w:val="18"/>
              </w:rPr>
              <w:t>Shape change</w:t>
            </w:r>
          </w:p>
        </w:tc>
        <w:tc>
          <w:tcPr>
            <w:tcW w:type="dxa" w:w="5184"/>
            <w:vAlign w:val="top"/>
          </w:tcPr>
          <w:p>
            <w:r/>
            <w:r>
              <w:rPr>
                <w:rFonts w:ascii="Arial" w:hAnsi="Arial" w:eastAsia="Arial"/>
                <w:b w:val="0"/>
                <w:sz w:val="18"/>
              </w:rPr>
              <w:t>The tablet has lost its original form completely. It is now a low, irregular mound, with a larger white mass on the left and a yellow-white eroded region in the center.</w:t>
            </w:r>
          </w:p>
        </w:tc>
      </w:tr>
      <w:tr>
        <w:tc>
          <w:tcPr>
            <w:tcW w:type="dxa" w:w="5184"/>
            <w:vAlign w:val="top"/>
          </w:tcPr>
          <w:p>
            <w:r/>
            <w:r>
              <w:rPr>
                <w:rFonts w:ascii="Arial" w:hAnsi="Arial" w:eastAsia="Arial"/>
                <w:b/>
                <w:sz w:val="18"/>
              </w:rPr>
              <w:t>Surface texture change</w:t>
            </w:r>
          </w:p>
        </w:tc>
        <w:tc>
          <w:tcPr>
            <w:tcW w:type="dxa" w:w="5184"/>
            <w:vAlign w:val="top"/>
          </w:tcPr>
          <w:p>
            <w:r/>
            <w:r>
              <w:rPr>
                <w:rFonts w:ascii="Arial" w:hAnsi="Arial" w:eastAsia="Arial"/>
                <w:b w:val="0"/>
                <w:sz w:val="18"/>
              </w:rPr>
              <w:t>The surface is highly porous and fluffy. The top edge is uneven, with small projections and powdery clumps.</w:t>
            </w:r>
          </w:p>
        </w:tc>
      </w:tr>
      <w:tr>
        <w:tc>
          <w:tcPr>
            <w:tcW w:type="dxa" w:w="5184"/>
            <w:vAlign w:val="top"/>
          </w:tcPr>
          <w:p>
            <w:r/>
            <w:r>
              <w:rPr>
                <w:rFonts w:ascii="Arial" w:hAnsi="Arial" w:eastAsia="Arial"/>
                <w:b/>
                <w:sz w:val="18"/>
              </w:rPr>
              <w:t>Volume / size change</w:t>
            </w:r>
          </w:p>
        </w:tc>
        <w:tc>
          <w:tcPr>
            <w:tcW w:type="dxa" w:w="5184"/>
            <w:vAlign w:val="top"/>
          </w:tcPr>
          <w:p>
            <w:r/>
            <w:r>
              <w:rPr>
                <w:rFonts w:ascii="Arial" w:hAnsi="Arial" w:eastAsia="Arial"/>
                <w:b w:val="0"/>
                <w:sz w:val="18"/>
              </w:rPr>
              <w:t>The height is lower than at 15 min, and the structure spreads along the base. This suggests collapse and erosion after the initial swelling stage.</w:t>
            </w:r>
          </w:p>
        </w:tc>
      </w:tr>
      <w:tr>
        <w:tc>
          <w:tcPr>
            <w:tcW w:type="dxa" w:w="5184"/>
            <w:vAlign w:val="top"/>
          </w:tcPr>
          <w:p>
            <w:r/>
            <w:r>
              <w:rPr>
                <w:rFonts w:ascii="Arial" w:hAnsi="Arial" w:eastAsia="Arial"/>
                <w:b/>
                <w:sz w:val="18"/>
              </w:rPr>
              <w:t>Dissolution speed and time</w:t>
            </w:r>
          </w:p>
        </w:tc>
        <w:tc>
          <w:tcPr>
            <w:tcW w:type="dxa" w:w="5184"/>
            <w:vAlign w:val="top"/>
          </w:tcPr>
          <w:p>
            <w:r/>
            <w:r>
              <w:rPr>
                <w:rFonts w:ascii="Arial" w:hAnsi="Arial" w:eastAsia="Arial"/>
                <w:b w:val="0"/>
                <w:sz w:val="18"/>
              </w:rPr>
              <w:t>Disintegration continues actively from 15 to 30 min. Compared with Group A, Group B shows more obvious spreading and loss of the central tablet body by 30 min.</w:t>
            </w:r>
          </w:p>
        </w:tc>
      </w:tr>
      <w:tr>
        <w:tc>
          <w:tcPr>
            <w:tcW w:type="dxa" w:w="5184"/>
            <w:vAlign w:val="top"/>
          </w:tcPr>
          <w:p>
            <w:r/>
            <w:r>
              <w:rPr>
                <w:rFonts w:ascii="Arial" w:hAnsi="Arial" w:eastAsia="Arial"/>
                <w:b/>
                <w:sz w:val="18"/>
              </w:rPr>
              <w:t>Physical state change</w:t>
            </w:r>
          </w:p>
        </w:tc>
        <w:tc>
          <w:tcPr>
            <w:tcW w:type="dxa" w:w="5184"/>
            <w:vAlign w:val="top"/>
          </w:tcPr>
          <w:p>
            <w:r/>
            <w:r>
              <w:rPr>
                <w:rFonts w:ascii="Arial" w:hAnsi="Arial" w:eastAsia="Arial"/>
                <w:b w:val="0"/>
                <w:sz w:val="18"/>
              </w:rPr>
              <w:t>The tablet has become a loose, fragile residue. The central yellow material is exposed and partially dispersed.</w:t>
            </w:r>
          </w:p>
        </w:tc>
      </w:tr>
      <w:tr>
        <w:tc>
          <w:tcPr>
            <w:tcW w:type="dxa" w:w="5184"/>
            <w:vAlign w:val="top"/>
          </w:tcPr>
          <w:p>
            <w:r/>
            <w:r>
              <w:rPr>
                <w:rFonts w:ascii="Arial" w:hAnsi="Arial" w:eastAsia="Arial"/>
                <w:b/>
                <w:sz w:val="18"/>
              </w:rPr>
              <w:t>Dissolution medium</w:t>
            </w:r>
          </w:p>
        </w:tc>
        <w:tc>
          <w:tcPr>
            <w:tcW w:type="dxa" w:w="5184"/>
            <w:vAlign w:val="top"/>
          </w:tcPr>
          <w:p>
            <w:r/>
            <w:r>
              <w:rPr>
                <w:rFonts w:ascii="Arial" w:hAnsi="Arial" w:eastAsia="Arial"/>
                <w:b w:val="0"/>
                <w:sz w:val="18"/>
              </w:rPr>
              <w:t>Fine suspended particles are visible throughout the nearby field, and some sediment-like material appears along the support surface.</w:t>
            </w:r>
          </w:p>
        </w:tc>
      </w:tr>
      <w:tr>
        <w:tc>
          <w:tcPr>
            <w:tcW w:type="dxa" w:w="5184"/>
            <w:vAlign w:val="top"/>
          </w:tcPr>
          <w:p>
            <w:r/>
            <w:r>
              <w:rPr>
                <w:rFonts w:ascii="Arial" w:hAnsi="Arial" w:eastAsia="Arial"/>
                <w:b/>
                <w:sz w:val="18"/>
              </w:rPr>
              <w:t>Fragment distribution and density</w:t>
            </w:r>
          </w:p>
        </w:tc>
        <w:tc>
          <w:tcPr>
            <w:tcW w:type="dxa" w:w="5184"/>
            <w:vAlign w:val="top"/>
          </w:tcPr>
          <w:p>
            <w:r/>
            <w:r>
              <w:rPr>
                <w:rFonts w:ascii="Arial" w:hAnsi="Arial" w:eastAsia="Arial"/>
                <w:b w:val="0"/>
                <w:sz w:val="18"/>
              </w:rPr>
              <w:t>Fragment density is moderate to high. Particles are not only attached to the tablet but also spread across the nearby base.</w:t>
            </w:r>
          </w:p>
        </w:tc>
      </w:tr>
    </w:tbl>
    <w:p/>
    <w:p>
      <w:pPr>
        <w:pStyle w:val="Heading3"/>
      </w:pPr>
      <w:r>
        <w:t>Image 4 - 45 min</w:t>
      </w:r>
    </w:p>
    <w:tbl>
      <w:tblPr>
        <w:tblStyle w:val="TableGrid"/>
        <w:tblW w:type="auto" w:w="0"/>
        <w:jc w:val="center"/>
        <w:tblLayout w:type="autofit"/>
        <w:tblLook w:firstColumn="1" w:firstRow="1" w:lastColumn="0" w:lastRow="0" w:noHBand="0" w:noVBand="1" w:val="04A0"/>
      </w:tblPr>
      <w:tblGrid>
        <w:gridCol w:w="5184"/>
        <w:gridCol w:w="5184"/>
      </w:tblGrid>
      <w:tr>
        <w:tc>
          <w:tcPr>
            <w:tcW w:type="dxa" w:w="5184"/>
            <w:shd w:fill="D9EAF7"/>
          </w:tcPr>
          <w:p>
            <w:r/>
            <w:r>
              <w:rPr>
                <w:rFonts w:ascii="Arial" w:hAnsi="Arial" w:eastAsia="Arial"/>
                <w:b/>
                <w:sz w:val="19"/>
              </w:rPr>
              <w:t>Dimension</w:t>
            </w:r>
          </w:p>
        </w:tc>
        <w:tc>
          <w:tcPr>
            <w:tcW w:type="dxa" w:w="5184"/>
            <w:shd w:fill="D9EAF7"/>
          </w:tcPr>
          <w:p>
            <w:r/>
            <w:r>
              <w:rPr>
                <w:rFonts w:ascii="Arial" w:hAnsi="Arial" w:eastAsia="Arial"/>
                <w:b/>
                <w:sz w:val="19"/>
              </w:rPr>
              <w:t>Description</w:t>
            </w:r>
          </w:p>
        </w:tc>
      </w:tr>
      <w:tr>
        <w:tc>
          <w:tcPr>
            <w:tcW w:type="dxa" w:w="5184"/>
            <w:vAlign w:val="top"/>
          </w:tcPr>
          <w:p>
            <w:r/>
            <w:r>
              <w:rPr>
                <w:rFonts w:ascii="Arial" w:hAnsi="Arial" w:eastAsia="Arial"/>
                <w:b/>
                <w:sz w:val="18"/>
              </w:rPr>
              <w:t>Color change</w:t>
            </w:r>
          </w:p>
        </w:tc>
        <w:tc>
          <w:tcPr>
            <w:tcW w:type="dxa" w:w="5184"/>
            <w:vAlign w:val="top"/>
          </w:tcPr>
          <w:p>
            <w:r/>
            <w:r>
              <w:rPr>
                <w:rFonts w:ascii="Arial" w:hAnsi="Arial" w:eastAsia="Arial"/>
                <w:b w:val="0"/>
                <w:sz w:val="18"/>
              </w:rPr>
              <w:t>The visible yellow color has almost disappeared. The remaining material is mainly white, suggesting that the yellow component has either dissolved, dispersed, or become visually masked by white residue.</w:t>
            </w:r>
          </w:p>
        </w:tc>
      </w:tr>
      <w:tr>
        <w:tc>
          <w:tcPr>
            <w:tcW w:type="dxa" w:w="5184"/>
            <w:vAlign w:val="top"/>
          </w:tcPr>
          <w:p>
            <w:r/>
            <w:r>
              <w:rPr>
                <w:rFonts w:ascii="Arial" w:hAnsi="Arial" w:eastAsia="Arial"/>
                <w:b/>
                <w:sz w:val="18"/>
              </w:rPr>
              <w:t>Shape change</w:t>
            </w:r>
          </w:p>
        </w:tc>
        <w:tc>
          <w:tcPr>
            <w:tcW w:type="dxa" w:w="5184"/>
            <w:vAlign w:val="top"/>
          </w:tcPr>
          <w:p>
            <w:r/>
            <w:r>
              <w:rPr>
                <w:rFonts w:ascii="Arial" w:hAnsi="Arial" w:eastAsia="Arial"/>
                <w:b w:val="0"/>
                <w:sz w:val="18"/>
              </w:rPr>
              <w:t>Only a small mound remains on the left side, with a thin, uneven layer of residue extending to the right. The original tablet shape is completely absent.</w:t>
            </w:r>
          </w:p>
        </w:tc>
      </w:tr>
      <w:tr>
        <w:tc>
          <w:tcPr>
            <w:tcW w:type="dxa" w:w="5184"/>
            <w:vAlign w:val="top"/>
          </w:tcPr>
          <w:p>
            <w:r/>
            <w:r>
              <w:rPr>
                <w:rFonts w:ascii="Arial" w:hAnsi="Arial" w:eastAsia="Arial"/>
                <w:b/>
                <w:sz w:val="18"/>
              </w:rPr>
              <w:t>Surface texture change</w:t>
            </w:r>
          </w:p>
        </w:tc>
        <w:tc>
          <w:tcPr>
            <w:tcW w:type="dxa" w:w="5184"/>
            <w:vAlign w:val="top"/>
          </w:tcPr>
          <w:p>
            <w:r/>
            <w:r>
              <w:rPr>
                <w:rFonts w:ascii="Arial" w:hAnsi="Arial" w:eastAsia="Arial"/>
                <w:b w:val="0"/>
                <w:sz w:val="18"/>
              </w:rPr>
              <w:t>The remaining material is fluffy, soft, and granular. The residue layer along the base looks powdery and uneven.</w:t>
            </w:r>
          </w:p>
        </w:tc>
      </w:tr>
      <w:tr>
        <w:tc>
          <w:tcPr>
            <w:tcW w:type="dxa" w:w="5184"/>
            <w:vAlign w:val="top"/>
          </w:tcPr>
          <w:p>
            <w:r/>
            <w:r>
              <w:rPr>
                <w:rFonts w:ascii="Arial" w:hAnsi="Arial" w:eastAsia="Arial"/>
                <w:b/>
                <w:sz w:val="18"/>
              </w:rPr>
              <w:t>Volume / size change</w:t>
            </w:r>
          </w:p>
        </w:tc>
        <w:tc>
          <w:tcPr>
            <w:tcW w:type="dxa" w:w="5184"/>
            <w:vAlign w:val="top"/>
          </w:tcPr>
          <w:p>
            <w:r/>
            <w:r>
              <w:rPr>
                <w:rFonts w:ascii="Arial" w:hAnsi="Arial" w:eastAsia="Arial"/>
                <w:b w:val="0"/>
                <w:sz w:val="18"/>
              </w:rPr>
              <w:t>The main body has greatly reduced in height and width. Most of the tablet has collapsed into a low sediment layer.</w:t>
            </w:r>
          </w:p>
        </w:tc>
      </w:tr>
      <w:tr>
        <w:tc>
          <w:tcPr>
            <w:tcW w:type="dxa" w:w="5184"/>
            <w:vAlign w:val="top"/>
          </w:tcPr>
          <w:p>
            <w:r/>
            <w:r>
              <w:rPr>
                <w:rFonts w:ascii="Arial" w:hAnsi="Arial" w:eastAsia="Arial"/>
                <w:b/>
                <w:sz w:val="18"/>
              </w:rPr>
              <w:t>Dissolution speed and time</w:t>
            </w:r>
          </w:p>
        </w:tc>
        <w:tc>
          <w:tcPr>
            <w:tcW w:type="dxa" w:w="5184"/>
            <w:vAlign w:val="top"/>
          </w:tcPr>
          <w:p>
            <w:r/>
            <w:r>
              <w:rPr>
                <w:rFonts w:ascii="Arial" w:hAnsi="Arial" w:eastAsia="Arial"/>
                <w:b w:val="0"/>
                <w:sz w:val="18"/>
              </w:rPr>
              <w:t>By 45 min, Group B is in an advanced disintegration stage. The main mass is much smaller than at 15 and 30 min.</w:t>
            </w:r>
          </w:p>
        </w:tc>
      </w:tr>
      <w:tr>
        <w:tc>
          <w:tcPr>
            <w:tcW w:type="dxa" w:w="5184"/>
            <w:vAlign w:val="top"/>
          </w:tcPr>
          <w:p>
            <w:r/>
            <w:r>
              <w:rPr>
                <w:rFonts w:ascii="Arial" w:hAnsi="Arial" w:eastAsia="Arial"/>
                <w:b/>
                <w:sz w:val="18"/>
              </w:rPr>
              <w:t>Physical state change</w:t>
            </w:r>
          </w:p>
        </w:tc>
        <w:tc>
          <w:tcPr>
            <w:tcW w:type="dxa" w:w="5184"/>
            <w:vAlign w:val="top"/>
          </w:tcPr>
          <w:p>
            <w:r/>
            <w:r>
              <w:rPr>
                <w:rFonts w:ascii="Arial" w:hAnsi="Arial" w:eastAsia="Arial"/>
                <w:b w:val="0"/>
                <w:sz w:val="18"/>
              </w:rPr>
              <w:t>The tablet has mostly broken down into wet powder, fine granules, and sediment-like material.</w:t>
            </w:r>
          </w:p>
        </w:tc>
      </w:tr>
      <w:tr>
        <w:tc>
          <w:tcPr>
            <w:tcW w:type="dxa" w:w="5184"/>
            <w:vAlign w:val="top"/>
          </w:tcPr>
          <w:p>
            <w:r/>
            <w:r>
              <w:rPr>
                <w:rFonts w:ascii="Arial" w:hAnsi="Arial" w:eastAsia="Arial"/>
                <w:b/>
                <w:sz w:val="18"/>
              </w:rPr>
              <w:t>Dissolution medium</w:t>
            </w:r>
          </w:p>
        </w:tc>
        <w:tc>
          <w:tcPr>
            <w:tcW w:type="dxa" w:w="5184"/>
            <w:vAlign w:val="top"/>
          </w:tcPr>
          <w:p>
            <w:r/>
            <w:r>
              <w:rPr>
                <w:rFonts w:ascii="Arial" w:hAnsi="Arial" w:eastAsia="Arial"/>
                <w:b w:val="0"/>
                <w:sz w:val="18"/>
              </w:rPr>
              <w:t>The medium contains scattered particles, but the dense material is concentrated near the bottom/support surface.</w:t>
            </w:r>
          </w:p>
        </w:tc>
      </w:tr>
      <w:tr>
        <w:tc>
          <w:tcPr>
            <w:tcW w:type="dxa" w:w="5184"/>
            <w:vAlign w:val="top"/>
          </w:tcPr>
          <w:p>
            <w:r/>
            <w:r>
              <w:rPr>
                <w:rFonts w:ascii="Arial" w:hAnsi="Arial" w:eastAsia="Arial"/>
                <w:b/>
                <w:sz w:val="18"/>
              </w:rPr>
              <w:t>Fragment distribution and density</w:t>
            </w:r>
          </w:p>
        </w:tc>
        <w:tc>
          <w:tcPr>
            <w:tcW w:type="dxa" w:w="5184"/>
            <w:vAlign w:val="top"/>
          </w:tcPr>
          <w:p>
            <w:r/>
            <w:r>
              <w:rPr>
                <w:rFonts w:ascii="Arial" w:hAnsi="Arial" w:eastAsia="Arial"/>
                <w:b w:val="0"/>
                <w:sz w:val="18"/>
              </w:rPr>
              <w:t>Fragment distribution is broad along the base. The densest residue is near the left mound, with a lower-density trail extending rightward.</w:t>
            </w:r>
          </w:p>
        </w:tc>
      </w:tr>
    </w:tbl>
    <w:p/>
    <w:p>
      <w:pPr>
        <w:pStyle w:val="Heading3"/>
      </w:pPr>
      <w:r>
        <w:t>Image 5 - 60 min</w:t>
      </w:r>
    </w:p>
    <w:tbl>
      <w:tblPr>
        <w:tblStyle w:val="TableGrid"/>
        <w:tblW w:type="auto" w:w="0"/>
        <w:jc w:val="center"/>
        <w:tblLayout w:type="autofit"/>
        <w:tblLook w:firstColumn="1" w:firstRow="1" w:lastColumn="0" w:lastRow="0" w:noHBand="0" w:noVBand="1" w:val="04A0"/>
      </w:tblPr>
      <w:tblGrid>
        <w:gridCol w:w="5184"/>
        <w:gridCol w:w="5184"/>
      </w:tblGrid>
      <w:tr>
        <w:tc>
          <w:tcPr>
            <w:tcW w:type="dxa" w:w="5184"/>
            <w:shd w:fill="D9EAF7"/>
          </w:tcPr>
          <w:p>
            <w:r/>
            <w:r>
              <w:rPr>
                <w:rFonts w:ascii="Arial" w:hAnsi="Arial" w:eastAsia="Arial"/>
                <w:b/>
                <w:sz w:val="19"/>
              </w:rPr>
              <w:t>Dimension</w:t>
            </w:r>
          </w:p>
        </w:tc>
        <w:tc>
          <w:tcPr>
            <w:tcW w:type="dxa" w:w="5184"/>
            <w:shd w:fill="D9EAF7"/>
          </w:tcPr>
          <w:p>
            <w:r/>
            <w:r>
              <w:rPr>
                <w:rFonts w:ascii="Arial" w:hAnsi="Arial" w:eastAsia="Arial"/>
                <w:b/>
                <w:sz w:val="19"/>
              </w:rPr>
              <w:t>Description</w:t>
            </w:r>
          </w:p>
        </w:tc>
      </w:tr>
      <w:tr>
        <w:tc>
          <w:tcPr>
            <w:tcW w:type="dxa" w:w="5184"/>
            <w:vAlign w:val="top"/>
          </w:tcPr>
          <w:p>
            <w:r/>
            <w:r>
              <w:rPr>
                <w:rFonts w:ascii="Arial" w:hAnsi="Arial" w:eastAsia="Arial"/>
                <w:b/>
                <w:sz w:val="18"/>
              </w:rPr>
              <w:t>Color change</w:t>
            </w:r>
          </w:p>
        </w:tc>
        <w:tc>
          <w:tcPr>
            <w:tcW w:type="dxa" w:w="5184"/>
            <w:vAlign w:val="top"/>
          </w:tcPr>
          <w:p>
            <w:r/>
            <w:r>
              <w:rPr>
                <w:rFonts w:ascii="Arial" w:hAnsi="Arial" w:eastAsia="Arial"/>
                <w:b w:val="0"/>
                <w:sz w:val="18"/>
              </w:rPr>
              <w:t>The remaining material appears almost entirely white. Yellow coloration is no longer clearly visible in the main residue.</w:t>
            </w:r>
          </w:p>
        </w:tc>
      </w:tr>
      <w:tr>
        <w:tc>
          <w:tcPr>
            <w:tcW w:type="dxa" w:w="5184"/>
            <w:vAlign w:val="top"/>
          </w:tcPr>
          <w:p>
            <w:r/>
            <w:r>
              <w:rPr>
                <w:rFonts w:ascii="Arial" w:hAnsi="Arial" w:eastAsia="Arial"/>
                <w:b/>
                <w:sz w:val="18"/>
              </w:rPr>
              <w:t>Shape change</w:t>
            </w:r>
          </w:p>
        </w:tc>
        <w:tc>
          <w:tcPr>
            <w:tcW w:type="dxa" w:w="5184"/>
            <w:vAlign w:val="top"/>
          </w:tcPr>
          <w:p>
            <w:r/>
            <w:r>
              <w:rPr>
                <w:rFonts w:ascii="Arial" w:hAnsi="Arial" w:eastAsia="Arial"/>
                <w:b w:val="0"/>
                <w:sz w:val="18"/>
              </w:rPr>
              <w:t>A small white mound remains on the left, while the rest of the tablet appears as a thin, scattered residue layer. There is no recognizable tablet outline.</w:t>
            </w:r>
          </w:p>
        </w:tc>
      </w:tr>
      <w:tr>
        <w:tc>
          <w:tcPr>
            <w:tcW w:type="dxa" w:w="5184"/>
            <w:vAlign w:val="top"/>
          </w:tcPr>
          <w:p>
            <w:r/>
            <w:r>
              <w:rPr>
                <w:rFonts w:ascii="Arial" w:hAnsi="Arial" w:eastAsia="Arial"/>
                <w:b/>
                <w:sz w:val="18"/>
              </w:rPr>
              <w:t>Surface texture change</w:t>
            </w:r>
          </w:p>
        </w:tc>
        <w:tc>
          <w:tcPr>
            <w:tcW w:type="dxa" w:w="5184"/>
            <w:vAlign w:val="top"/>
          </w:tcPr>
          <w:p>
            <w:r/>
            <w:r>
              <w:rPr>
                <w:rFonts w:ascii="Arial" w:hAnsi="Arial" w:eastAsia="Arial"/>
                <w:b w:val="0"/>
                <w:sz w:val="18"/>
              </w:rPr>
              <w:t>The residual mound is fluffy and granular. The surrounding residue is fine and powder-like.</w:t>
            </w:r>
          </w:p>
        </w:tc>
      </w:tr>
      <w:tr>
        <w:tc>
          <w:tcPr>
            <w:tcW w:type="dxa" w:w="5184"/>
            <w:vAlign w:val="top"/>
          </w:tcPr>
          <w:p>
            <w:r/>
            <w:r>
              <w:rPr>
                <w:rFonts w:ascii="Arial" w:hAnsi="Arial" w:eastAsia="Arial"/>
                <w:b/>
                <w:sz w:val="18"/>
              </w:rPr>
              <w:t>Volume / size change</w:t>
            </w:r>
          </w:p>
        </w:tc>
        <w:tc>
          <w:tcPr>
            <w:tcW w:type="dxa" w:w="5184"/>
            <w:vAlign w:val="top"/>
          </w:tcPr>
          <w:p>
            <w:r/>
            <w:r>
              <w:rPr>
                <w:rFonts w:ascii="Arial" w:hAnsi="Arial" w:eastAsia="Arial"/>
                <w:b w:val="0"/>
                <w:sz w:val="18"/>
              </w:rPr>
              <w:t>The original tablet volume has been strongly reduced. Only a small residual mound and a thin sediment field remain.</w:t>
            </w:r>
          </w:p>
        </w:tc>
      </w:tr>
      <w:tr>
        <w:tc>
          <w:tcPr>
            <w:tcW w:type="dxa" w:w="5184"/>
            <w:vAlign w:val="top"/>
          </w:tcPr>
          <w:p>
            <w:r/>
            <w:r>
              <w:rPr>
                <w:rFonts w:ascii="Arial" w:hAnsi="Arial" w:eastAsia="Arial"/>
                <w:b/>
                <w:sz w:val="18"/>
              </w:rPr>
              <w:t>Dissolution speed and time</w:t>
            </w:r>
          </w:p>
        </w:tc>
        <w:tc>
          <w:tcPr>
            <w:tcW w:type="dxa" w:w="5184"/>
            <w:vAlign w:val="top"/>
          </w:tcPr>
          <w:p>
            <w:r/>
            <w:r>
              <w:rPr>
                <w:rFonts w:ascii="Arial" w:hAnsi="Arial" w:eastAsia="Arial"/>
                <w:b w:val="0"/>
                <w:sz w:val="18"/>
              </w:rPr>
              <w:t>Disintegration is largely advanced by 60 min. The major breakdown seems to occur between 15 and 45 min, with continued erosion from 45 to 60 min.</w:t>
            </w:r>
          </w:p>
        </w:tc>
      </w:tr>
      <w:tr>
        <w:tc>
          <w:tcPr>
            <w:tcW w:type="dxa" w:w="5184"/>
            <w:vAlign w:val="top"/>
          </w:tcPr>
          <w:p>
            <w:r/>
            <w:r>
              <w:rPr>
                <w:rFonts w:ascii="Arial" w:hAnsi="Arial" w:eastAsia="Arial"/>
                <w:b/>
                <w:sz w:val="18"/>
              </w:rPr>
              <w:t>Physical state change</w:t>
            </w:r>
          </w:p>
        </w:tc>
        <w:tc>
          <w:tcPr>
            <w:tcW w:type="dxa" w:w="5184"/>
            <w:vAlign w:val="top"/>
          </w:tcPr>
          <w:p>
            <w:r/>
            <w:r>
              <w:rPr>
                <w:rFonts w:ascii="Arial" w:hAnsi="Arial" w:eastAsia="Arial"/>
                <w:b w:val="0"/>
                <w:sz w:val="18"/>
              </w:rPr>
              <w:t>The tablet has transformed from a compact solid into loose particulate residue.</w:t>
            </w:r>
          </w:p>
        </w:tc>
      </w:tr>
      <w:tr>
        <w:tc>
          <w:tcPr>
            <w:tcW w:type="dxa" w:w="5184"/>
            <w:vAlign w:val="top"/>
          </w:tcPr>
          <w:p>
            <w:r/>
            <w:r>
              <w:rPr>
                <w:rFonts w:ascii="Arial" w:hAnsi="Arial" w:eastAsia="Arial"/>
                <w:b/>
                <w:sz w:val="18"/>
              </w:rPr>
              <w:t>Dissolution medium</w:t>
            </w:r>
          </w:p>
        </w:tc>
        <w:tc>
          <w:tcPr>
            <w:tcW w:type="dxa" w:w="5184"/>
            <w:vAlign w:val="top"/>
          </w:tcPr>
          <w:p>
            <w:r/>
            <w:r>
              <w:rPr>
                <w:rFonts w:ascii="Arial" w:hAnsi="Arial" w:eastAsia="Arial"/>
                <w:b w:val="0"/>
                <w:sz w:val="18"/>
              </w:rPr>
              <w:t>The medium remains visually dark/clear overall, but fine particles and sediment are visible near the bottom.</w:t>
            </w:r>
          </w:p>
        </w:tc>
      </w:tr>
      <w:tr>
        <w:tc>
          <w:tcPr>
            <w:tcW w:type="dxa" w:w="5184"/>
            <w:vAlign w:val="top"/>
          </w:tcPr>
          <w:p>
            <w:r/>
            <w:r>
              <w:rPr>
                <w:rFonts w:ascii="Arial" w:hAnsi="Arial" w:eastAsia="Arial"/>
                <w:b/>
                <w:sz w:val="18"/>
              </w:rPr>
              <w:t>Fragment distribution and density</w:t>
            </w:r>
          </w:p>
        </w:tc>
        <w:tc>
          <w:tcPr>
            <w:tcW w:type="dxa" w:w="5184"/>
            <w:vAlign w:val="top"/>
          </w:tcPr>
          <w:p>
            <w:r/>
            <w:r>
              <w:rPr>
                <w:rFonts w:ascii="Arial" w:hAnsi="Arial" w:eastAsia="Arial"/>
                <w:b w:val="0"/>
                <w:sz w:val="18"/>
              </w:rPr>
              <w:t>Fragments are distributed mainly along the support surface. A dense residual cluster remains on the left, with lower-density powder spread across the base.</w:t>
            </w:r>
          </w:p>
        </w:tc>
      </w:tr>
    </w:tbl>
    <w:p/>
    <w:p>
      <w:pPr>
        <w:pStyle w:val="Heading2"/>
      </w:pPr>
      <w:r>
        <w:t>Initial Comparison of Group A and Group B</w:t>
      </w:r>
    </w:p>
    <w:p>
      <w:pPr>
        <w:spacing w:after="40"/>
      </w:pPr>
      <w:r>
        <w:rPr>
          <w:rFonts w:ascii="Arial" w:hAnsi="Arial" w:eastAsia="Arial"/>
          <w:b/>
          <w:sz w:val="21"/>
        </w:rPr>
        <w:t xml:space="preserve">Initial appearance at 0 min: </w:t>
      </w:r>
      <w:r>
        <w:rPr>
          <w:rFonts w:ascii="Arial" w:hAnsi="Arial" w:eastAsia="Arial"/>
          <w:sz w:val="21"/>
        </w:rPr>
        <w:t>Group A starts as a smaller, white/off-white, domed or caplet-like tablet with a curved upper profile. Group B starts as a larger, pale-yellow, flat cylindrical tablet with a long horizontal side profile and flatter top. This is the strongest difference.</w:t>
      </w:r>
    </w:p>
    <w:p>
      <w:pPr>
        <w:spacing w:after="40"/>
      </w:pPr>
      <w:r>
        <w:rPr>
          <w:rFonts w:ascii="Arial" w:hAnsi="Arial" w:eastAsia="Arial"/>
          <w:b/>
          <w:sz w:val="21"/>
        </w:rPr>
        <w:t xml:space="preserve">Shape and size behavior: </w:t>
      </w:r>
      <w:r>
        <w:rPr>
          <w:rFonts w:ascii="Arial" w:hAnsi="Arial" w:eastAsia="Arial"/>
          <w:sz w:val="21"/>
        </w:rPr>
        <w:t>Group A rapidly becomes a rounded yellow-white porous mound by 15 min, but it retains one central mound through 60 min. Group B spreads much more widely after 15 min and then collapses into a low sediment layer by 45-60 min.</w:t>
      </w:r>
    </w:p>
    <w:p>
      <w:pPr>
        <w:spacing w:after="40"/>
      </w:pPr>
      <w:r>
        <w:rPr>
          <w:rFonts w:ascii="Arial" w:hAnsi="Arial" w:eastAsia="Arial"/>
          <w:b/>
          <w:sz w:val="21"/>
        </w:rPr>
        <w:t xml:space="preserve">Color behavior: </w:t>
      </w:r>
      <w:r>
        <w:rPr>
          <w:rFonts w:ascii="Arial" w:hAnsi="Arial" w:eastAsia="Arial"/>
          <w:sz w:val="21"/>
        </w:rPr>
        <w:t>Group A begins white and later reveals pale yellow inside. At 60 min, yellow remains visible within the residual mass. Group B begins yellow, becomes yellow-white at 15-30 min, and by 45-60 min the visible residue is mostly white.</w:t>
      </w:r>
    </w:p>
    <w:p>
      <w:pPr>
        <w:spacing w:after="40"/>
      </w:pPr>
      <w:r>
        <w:rPr>
          <w:rFonts w:ascii="Arial" w:hAnsi="Arial" w:eastAsia="Arial"/>
          <w:b/>
          <w:sz w:val="21"/>
        </w:rPr>
        <w:t xml:space="preserve">Disintegration speed: </w:t>
      </w:r>
      <w:r>
        <w:rPr>
          <w:rFonts w:ascii="Arial" w:hAnsi="Arial" w:eastAsia="Arial"/>
          <w:sz w:val="21"/>
        </w:rPr>
        <w:t>Both groups show major change during the first 15 min, but Group B appears to disintegrate more completely by 45-60 min. Group A still has a substantial central porous mound at 60 min, while Group B has mostly become a small mound plus spread-out sediment.</w:t>
      </w:r>
    </w:p>
    <w:p>
      <w:pPr>
        <w:spacing w:after="40"/>
      </w:pPr>
      <w:r>
        <w:rPr>
          <w:rFonts w:ascii="Arial" w:hAnsi="Arial" w:eastAsia="Arial"/>
          <w:b/>
          <w:sz w:val="21"/>
        </w:rPr>
        <w:t xml:space="preserve">Fragment distribution: </w:t>
      </w:r>
      <w:r>
        <w:rPr>
          <w:rFonts w:ascii="Arial" w:hAnsi="Arial" w:eastAsia="Arial"/>
          <w:sz w:val="21"/>
        </w:rPr>
        <w:t>Group A fragments remain more localized around the main body. Group B produces a broader sediment/residue field along the base, especially after 30 min.</w:t>
      </w:r>
    </w:p>
    <w:p>
      <w:pPr>
        <w:pStyle w:val="Heading2"/>
      </w:pPr>
      <w:r>
        <w:t>Final Judgment After Group B Upload</w:t>
      </w:r>
    </w:p>
    <w:p>
      <w:pPr>
        <w:spacing w:after="60" w:line="252" w:lineRule="auto"/>
      </w:pPr>
      <w:r>
        <w:rPr>
          <w:rFonts w:ascii="Arial" w:hAnsi="Arial" w:eastAsia="Arial"/>
          <w:b w:val="0"/>
          <w:i w:val="0"/>
        </w:rPr>
        <w:t>Based on the visible evidence, Group A and Group B are unlikely to be images of the same tablet/formulation.</w:t>
        <w:br/>
        <w:br/>
        <w:t>The most important reasons are the clearly different initial color, initial shape, apparent size/profile, collapse pattern, remaining mass at 60 min, and fragment distribution.</w:t>
        <w:br/>
        <w:br/>
        <w:t>A cautious conclusion is: they may both be labeled as Doxycycline Hyclate Tablets, but the images do not look like the same physical drug product/formulation. They are more likely different formulations, manufacturers, batches, or possibly different drugs. Visual analysis alone cannot prove chemical identity, but the disintegration patterns are not consistent with the same tablet type.</w:t>
      </w:r>
    </w:p>
    <w:p>
      <w:pPr>
        <w:pStyle w:val="Heading1"/>
      </w:pPr>
      <w:r>
        <w:t>4. Final Eight-Dimension Comparison and Explanation</w:t>
      </w:r>
    </w:p>
    <w:p>
      <w:pPr>
        <w:spacing w:before="60" w:after="20"/>
      </w:pPr>
      <w:r>
        <w:rPr>
          <w:rFonts w:ascii="Arial" w:hAnsi="Arial" w:eastAsia="Arial"/>
          <w:b/>
          <w:color w:val="1F4E79"/>
          <w:sz w:val="21"/>
        </w:rPr>
        <w:t>User</w:t>
      </w:r>
    </w:p>
    <w:p>
      <w:pPr>
        <w:spacing w:after="60" w:line="252" w:lineRule="auto"/>
      </w:pPr>
      <w:r>
        <w:rPr>
          <w:rFonts w:ascii="Arial" w:hAnsi="Arial" w:eastAsia="Arial"/>
          <w:b w:val="0"/>
          <w:i w:val="0"/>
        </w:rPr>
        <w:t>Please compare Groups A and B based on their disintegration characteristics across the eight dimensions to determine if they are from the same drug or not, and explain why you think so.</w:t>
      </w:r>
    </w:p>
    <w:p>
      <w:pPr>
        <w:spacing w:before="60" w:after="20"/>
      </w:pPr>
      <w:r>
        <w:rPr>
          <w:rFonts w:ascii="Arial" w:hAnsi="Arial" w:eastAsia="Arial"/>
          <w:b/>
          <w:color w:val="1F4E79"/>
          <w:sz w:val="21"/>
        </w:rPr>
        <w:t>Assistant</w:t>
      </w:r>
    </w:p>
    <w:p>
      <w:pPr>
        <w:spacing w:after="60" w:line="252" w:lineRule="auto"/>
      </w:pPr>
      <w:r>
        <w:rPr>
          <w:rFonts w:ascii="Arial" w:hAnsi="Arial" w:eastAsia="Arial"/>
          <w:b w:val="0"/>
          <w:i w:val="0"/>
        </w:rPr>
        <w:t>Based on the images, Groups A and B do not appear to be the same tablet/formulation. They may still share the same labeled active ingredient, but visually they show different initial appearance and different disintegration behavior. A chemical identity conclusion would require analytical testing; the image-based conclusion is that they are unlikely to be the same physical drug product.</w:t>
      </w:r>
    </w:p>
    <w:p>
      <w:pPr>
        <w:spacing w:after="60" w:line="252" w:lineRule="auto"/>
      </w:pPr>
      <w:r>
        <w:rPr>
          <w:rFonts w:ascii="Arial" w:hAnsi="Arial" w:eastAsia="Arial"/>
          <w:b w:val="0"/>
          <w:i w:val="0"/>
        </w:rPr>
        <w:t>The comparison follows the eight-dimension disintegration framework from the Knowledge Base.</w:t>
      </w:r>
    </w:p>
    <w:p>
      <w:pPr>
        <w:pStyle w:val="Heading2"/>
      </w:pPr>
      <w:r>
        <w:t>Final comparison: Group A vs Group B across eight dimensions</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shd w:fill="D9EAF7"/>
          </w:tcPr>
          <w:p>
            <w:r/>
            <w:r>
              <w:rPr>
                <w:rFonts w:ascii="Arial" w:hAnsi="Arial" w:eastAsia="Arial"/>
                <w:b/>
                <w:sz w:val="17"/>
              </w:rPr>
              <w:t>Dimension</w:t>
            </w:r>
          </w:p>
        </w:tc>
        <w:tc>
          <w:tcPr>
            <w:tcW w:type="dxa" w:w="2592"/>
            <w:shd w:fill="D9EAF7"/>
          </w:tcPr>
          <w:p>
            <w:r/>
            <w:r>
              <w:rPr>
                <w:rFonts w:ascii="Arial" w:hAnsi="Arial" w:eastAsia="Arial"/>
                <w:b/>
                <w:sz w:val="17"/>
              </w:rPr>
              <w:t>Group A</w:t>
            </w:r>
          </w:p>
        </w:tc>
        <w:tc>
          <w:tcPr>
            <w:tcW w:type="dxa" w:w="2592"/>
            <w:shd w:fill="D9EAF7"/>
          </w:tcPr>
          <w:p>
            <w:r/>
            <w:r>
              <w:rPr>
                <w:rFonts w:ascii="Arial" w:hAnsi="Arial" w:eastAsia="Arial"/>
                <w:b/>
                <w:sz w:val="17"/>
              </w:rPr>
              <w:t>Group B</w:t>
            </w:r>
          </w:p>
        </w:tc>
        <w:tc>
          <w:tcPr>
            <w:tcW w:type="dxa" w:w="2592"/>
            <w:shd w:fill="D9EAF7"/>
          </w:tcPr>
          <w:p>
            <w:r/>
            <w:r>
              <w:rPr>
                <w:rFonts w:ascii="Arial" w:hAnsi="Arial" w:eastAsia="Arial"/>
                <w:b/>
                <w:sz w:val="17"/>
              </w:rPr>
              <w:t>Comparison meaning</w:t>
            </w:r>
          </w:p>
        </w:tc>
      </w:tr>
      <w:tr>
        <w:tc>
          <w:tcPr>
            <w:tcW w:type="dxa" w:w="2592"/>
            <w:vAlign w:val="top"/>
          </w:tcPr>
          <w:p>
            <w:r/>
            <w:r>
              <w:rPr>
                <w:rFonts w:ascii="Arial" w:hAnsi="Arial" w:eastAsia="Arial"/>
                <w:b/>
                <w:sz w:val="14"/>
              </w:rPr>
              <w:t>1. Color change</w:t>
            </w:r>
          </w:p>
        </w:tc>
        <w:tc>
          <w:tcPr>
            <w:tcW w:type="dxa" w:w="2592"/>
            <w:vAlign w:val="top"/>
          </w:tcPr>
          <w:p>
            <w:r/>
            <w:r>
              <w:rPr>
                <w:rFonts w:ascii="Arial" w:hAnsi="Arial" w:eastAsia="Arial"/>
                <w:b w:val="0"/>
                <w:sz w:val="14"/>
              </w:rPr>
              <w:t>Starts white/off-white at 0 min. Yellow appears only after disintegration begins, mainly inside the porous mass. At 60 min, pale yellow is still visible in the residue.</w:t>
            </w:r>
          </w:p>
        </w:tc>
        <w:tc>
          <w:tcPr>
            <w:tcW w:type="dxa" w:w="2592"/>
            <w:vAlign w:val="top"/>
          </w:tcPr>
          <w:p>
            <w:r/>
            <w:r>
              <w:rPr>
                <w:rFonts w:ascii="Arial" w:hAnsi="Arial" w:eastAsia="Arial"/>
                <w:b w:val="0"/>
                <w:sz w:val="14"/>
              </w:rPr>
              <w:t>Starts pale yellow at 0 min. Yellow is strong at 15-30 min but becomes mostly white by 45-60 min.</w:t>
            </w:r>
          </w:p>
        </w:tc>
        <w:tc>
          <w:tcPr>
            <w:tcW w:type="dxa" w:w="2592"/>
            <w:vAlign w:val="top"/>
          </w:tcPr>
          <w:p>
            <w:r/>
            <w:r>
              <w:rPr>
                <w:rFonts w:ascii="Arial" w:hAnsi="Arial" w:eastAsia="Arial"/>
                <w:b w:val="0"/>
                <w:sz w:val="14"/>
              </w:rPr>
              <w:t>Major difference. Group A appears to reveal yellow inner material after wetting, while Group B is yellow from the start and then loses visible yellow later.</w:t>
            </w:r>
          </w:p>
        </w:tc>
      </w:tr>
      <w:tr>
        <w:tc>
          <w:tcPr>
            <w:tcW w:type="dxa" w:w="2592"/>
            <w:vAlign w:val="top"/>
          </w:tcPr>
          <w:p>
            <w:r/>
            <w:r>
              <w:rPr>
                <w:rFonts w:ascii="Arial" w:hAnsi="Arial" w:eastAsia="Arial"/>
                <w:b/>
                <w:sz w:val="14"/>
              </w:rPr>
              <w:t>2. Shape change</w:t>
            </w:r>
          </w:p>
        </w:tc>
        <w:tc>
          <w:tcPr>
            <w:tcW w:type="dxa" w:w="2592"/>
            <w:vAlign w:val="top"/>
          </w:tcPr>
          <w:p>
            <w:r/>
            <w:r>
              <w:rPr>
                <w:rFonts w:ascii="Arial" w:hAnsi="Arial" w:eastAsia="Arial"/>
                <w:b w:val="0"/>
                <w:sz w:val="14"/>
              </w:rPr>
              <w:t>Starts as a smaller, domed, caplet-like tablet. It becomes a rounded porous mound and remains as one central mound through 60 min.</w:t>
            </w:r>
          </w:p>
        </w:tc>
        <w:tc>
          <w:tcPr>
            <w:tcW w:type="dxa" w:w="2592"/>
            <w:vAlign w:val="top"/>
          </w:tcPr>
          <w:p>
            <w:r/>
            <w:r>
              <w:rPr>
                <w:rFonts w:ascii="Arial" w:hAnsi="Arial" w:eastAsia="Arial"/>
                <w:b w:val="0"/>
                <w:sz w:val="14"/>
              </w:rPr>
              <w:t>Starts as a larger, flat cylindrical tablet with a long horizontal profile. It spreads, collapses, and becomes a low residue layer by 45-60 min.</w:t>
            </w:r>
          </w:p>
        </w:tc>
        <w:tc>
          <w:tcPr>
            <w:tcW w:type="dxa" w:w="2592"/>
            <w:vAlign w:val="top"/>
          </w:tcPr>
          <w:p>
            <w:r/>
            <w:r>
              <w:rPr>
                <w:rFonts w:ascii="Arial" w:hAnsi="Arial" w:eastAsia="Arial"/>
                <w:b w:val="0"/>
                <w:sz w:val="14"/>
              </w:rPr>
              <w:t>The initial shape and later collapse pattern are clearly different. This strongly suggests different tablet design/formulation.</w:t>
            </w:r>
          </w:p>
        </w:tc>
      </w:tr>
      <w:tr>
        <w:tc>
          <w:tcPr>
            <w:tcW w:type="dxa" w:w="2592"/>
            <w:vAlign w:val="top"/>
          </w:tcPr>
          <w:p>
            <w:r/>
            <w:r>
              <w:rPr>
                <w:rFonts w:ascii="Arial" w:hAnsi="Arial" w:eastAsia="Arial"/>
                <w:b/>
                <w:sz w:val="14"/>
              </w:rPr>
              <w:t>3. Surface texture change</w:t>
            </w:r>
          </w:p>
        </w:tc>
        <w:tc>
          <w:tcPr>
            <w:tcW w:type="dxa" w:w="2592"/>
            <w:vAlign w:val="top"/>
          </w:tcPr>
          <w:p>
            <w:r/>
            <w:r>
              <w:rPr>
                <w:rFonts w:ascii="Arial" w:hAnsi="Arial" w:eastAsia="Arial"/>
                <w:b w:val="0"/>
                <w:sz w:val="14"/>
              </w:rPr>
              <w:t>At 0 min, surface is smooth and compact. After 15 min, it becomes fluffy, porous, and granular, but the main mound remains cohesive.</w:t>
            </w:r>
          </w:p>
        </w:tc>
        <w:tc>
          <w:tcPr>
            <w:tcW w:type="dxa" w:w="2592"/>
            <w:vAlign w:val="top"/>
          </w:tcPr>
          <w:p>
            <w:r/>
            <w:r>
              <w:rPr>
                <w:rFonts w:ascii="Arial" w:hAnsi="Arial" w:eastAsia="Arial"/>
                <w:b w:val="0"/>
                <w:sz w:val="14"/>
              </w:rPr>
              <w:t>At 0 min, surface is matte and compact. After 15 min, the surface becomes very loose, fluffy, and powdery, with broader shedding.</w:t>
            </w:r>
          </w:p>
        </w:tc>
        <w:tc>
          <w:tcPr>
            <w:tcW w:type="dxa" w:w="2592"/>
            <w:vAlign w:val="top"/>
          </w:tcPr>
          <w:p>
            <w:r/>
            <w:r>
              <w:rPr>
                <w:rFonts w:ascii="Arial" w:hAnsi="Arial" w:eastAsia="Arial"/>
                <w:b w:val="0"/>
                <w:sz w:val="14"/>
              </w:rPr>
              <w:t>Both become porous, but Group B sheds and spreads more extensively.</w:t>
            </w:r>
          </w:p>
        </w:tc>
      </w:tr>
      <w:tr>
        <w:tc>
          <w:tcPr>
            <w:tcW w:type="dxa" w:w="2592"/>
            <w:vAlign w:val="top"/>
          </w:tcPr>
          <w:p>
            <w:r/>
            <w:r>
              <w:rPr>
                <w:rFonts w:ascii="Arial" w:hAnsi="Arial" w:eastAsia="Arial"/>
                <w:b/>
                <w:sz w:val="14"/>
              </w:rPr>
              <w:t>4. Volume / size change</w:t>
            </w:r>
          </w:p>
        </w:tc>
        <w:tc>
          <w:tcPr>
            <w:tcW w:type="dxa" w:w="2592"/>
            <w:vAlign w:val="top"/>
          </w:tcPr>
          <w:p>
            <w:r/>
            <w:r>
              <w:rPr>
                <w:rFonts w:ascii="Arial" w:hAnsi="Arial" w:eastAsia="Arial"/>
                <w:b w:val="0"/>
                <w:sz w:val="14"/>
              </w:rPr>
              <w:t>The compact tablet loses its original outline quickly, but a substantial central mass remains at 60 min. Size reduction is moderate by 60 min.</w:t>
            </w:r>
          </w:p>
        </w:tc>
        <w:tc>
          <w:tcPr>
            <w:tcW w:type="dxa" w:w="2592"/>
            <w:vAlign w:val="top"/>
          </w:tcPr>
          <w:p>
            <w:r/>
            <w:r>
              <w:rPr>
                <w:rFonts w:ascii="Arial" w:hAnsi="Arial" w:eastAsia="Arial"/>
                <w:b w:val="0"/>
                <w:sz w:val="14"/>
              </w:rPr>
              <w:t>The tablet expands/spreads early, then collapses strongly. By 45-60 min, only a small mound and thin sediment layer remain.</w:t>
            </w:r>
          </w:p>
        </w:tc>
        <w:tc>
          <w:tcPr>
            <w:tcW w:type="dxa" w:w="2592"/>
            <w:vAlign w:val="top"/>
          </w:tcPr>
          <w:p>
            <w:r/>
            <w:r>
              <w:rPr>
                <w:rFonts w:ascii="Arial" w:hAnsi="Arial" w:eastAsia="Arial"/>
                <w:b w:val="0"/>
                <w:sz w:val="14"/>
              </w:rPr>
              <w:t>Group B shows much greater overall volume loss and collapse within the same 60-minute period.</w:t>
            </w:r>
          </w:p>
        </w:tc>
      </w:tr>
      <w:tr>
        <w:tc>
          <w:tcPr>
            <w:tcW w:type="dxa" w:w="2592"/>
            <w:vAlign w:val="top"/>
          </w:tcPr>
          <w:p>
            <w:r/>
            <w:r>
              <w:rPr>
                <w:rFonts w:ascii="Arial" w:hAnsi="Arial" w:eastAsia="Arial"/>
                <w:b/>
                <w:sz w:val="14"/>
              </w:rPr>
              <w:t>5. Dissolution speed and time</w:t>
            </w:r>
          </w:p>
        </w:tc>
        <w:tc>
          <w:tcPr>
            <w:tcW w:type="dxa" w:w="2592"/>
            <w:vAlign w:val="top"/>
          </w:tcPr>
          <w:p>
            <w:r/>
            <w:r>
              <w:rPr>
                <w:rFonts w:ascii="Arial" w:hAnsi="Arial" w:eastAsia="Arial"/>
                <w:b w:val="0"/>
                <w:sz w:val="14"/>
              </w:rPr>
              <w:t>Fastest visible change occurs from 0 to 15 min. From 15 to 60 min, disintegration continues slowly as erosion of the central mound.</w:t>
            </w:r>
          </w:p>
        </w:tc>
        <w:tc>
          <w:tcPr>
            <w:tcW w:type="dxa" w:w="2592"/>
            <w:vAlign w:val="top"/>
          </w:tcPr>
          <w:p>
            <w:r/>
            <w:r>
              <w:rPr>
                <w:rFonts w:ascii="Arial" w:hAnsi="Arial" w:eastAsia="Arial"/>
                <w:b w:val="0"/>
                <w:sz w:val="14"/>
              </w:rPr>
              <w:t>Also changes rapidly from 0 to 15 min, but continues breaking down more completely between 15 and 45 min.</w:t>
            </w:r>
          </w:p>
        </w:tc>
        <w:tc>
          <w:tcPr>
            <w:tcW w:type="dxa" w:w="2592"/>
            <w:vAlign w:val="top"/>
          </w:tcPr>
          <w:p>
            <w:r/>
            <w:r>
              <w:rPr>
                <w:rFonts w:ascii="Arial" w:hAnsi="Arial" w:eastAsia="Arial"/>
                <w:b w:val="0"/>
                <w:sz w:val="14"/>
              </w:rPr>
              <w:t>Group B has a faster and more complete disintegration profile. Group A retains more structure.</w:t>
            </w:r>
          </w:p>
        </w:tc>
      </w:tr>
      <w:tr>
        <w:tc>
          <w:tcPr>
            <w:tcW w:type="dxa" w:w="2592"/>
            <w:vAlign w:val="top"/>
          </w:tcPr>
          <w:p>
            <w:r/>
            <w:r>
              <w:rPr>
                <w:rFonts w:ascii="Arial" w:hAnsi="Arial" w:eastAsia="Arial"/>
                <w:b/>
                <w:sz w:val="14"/>
              </w:rPr>
              <w:t>6. Physical state change</w:t>
            </w:r>
          </w:p>
        </w:tc>
        <w:tc>
          <w:tcPr>
            <w:tcW w:type="dxa" w:w="2592"/>
            <w:vAlign w:val="top"/>
          </w:tcPr>
          <w:p>
            <w:r/>
            <w:r>
              <w:rPr>
                <w:rFonts w:ascii="Arial" w:hAnsi="Arial" w:eastAsia="Arial"/>
                <w:b w:val="0"/>
                <w:sz w:val="14"/>
              </w:rPr>
              <w:t>Changes from a compact solid into a soft, porous, swollen aggregate. Even at 60 min, it remains a cohesive mound.</w:t>
            </w:r>
          </w:p>
        </w:tc>
        <w:tc>
          <w:tcPr>
            <w:tcW w:type="dxa" w:w="2592"/>
            <w:vAlign w:val="top"/>
          </w:tcPr>
          <w:p>
            <w:r/>
            <w:r>
              <w:rPr>
                <w:rFonts w:ascii="Arial" w:hAnsi="Arial" w:eastAsia="Arial"/>
                <w:b w:val="0"/>
                <w:sz w:val="14"/>
              </w:rPr>
              <w:t>Changes from compact solid into loose wet powder, sediment, and dispersed residue. By 45-60 min, the original body is mostly gone.</w:t>
            </w:r>
          </w:p>
        </w:tc>
        <w:tc>
          <w:tcPr>
            <w:tcW w:type="dxa" w:w="2592"/>
            <w:vAlign w:val="top"/>
          </w:tcPr>
          <w:p>
            <w:r/>
            <w:r>
              <w:rPr>
                <w:rFonts w:ascii="Arial" w:hAnsi="Arial" w:eastAsia="Arial"/>
                <w:b w:val="0"/>
                <w:sz w:val="14"/>
              </w:rPr>
              <w:t>Group A remains more cohesive; Group B breaks into looser particulate residue.</w:t>
            </w:r>
          </w:p>
        </w:tc>
      </w:tr>
      <w:tr>
        <w:tc>
          <w:tcPr>
            <w:tcW w:type="dxa" w:w="2592"/>
            <w:vAlign w:val="top"/>
          </w:tcPr>
          <w:p>
            <w:r/>
            <w:r>
              <w:rPr>
                <w:rFonts w:ascii="Arial" w:hAnsi="Arial" w:eastAsia="Arial"/>
                <w:b/>
                <w:sz w:val="14"/>
              </w:rPr>
              <w:t>7. Dissolution medium</w:t>
            </w:r>
          </w:p>
        </w:tc>
        <w:tc>
          <w:tcPr>
            <w:tcW w:type="dxa" w:w="2592"/>
            <w:vAlign w:val="top"/>
          </w:tcPr>
          <w:p>
            <w:r/>
            <w:r>
              <w:rPr>
                <w:rFonts w:ascii="Arial" w:hAnsi="Arial" w:eastAsia="Arial"/>
                <w:b w:val="0"/>
                <w:sz w:val="14"/>
              </w:rPr>
              <w:t>The surrounding medium remains mostly clear/dark, with limited local particles. No strong whole-field turbidity is visible.</w:t>
            </w:r>
          </w:p>
        </w:tc>
        <w:tc>
          <w:tcPr>
            <w:tcW w:type="dxa" w:w="2592"/>
            <w:vAlign w:val="top"/>
          </w:tcPr>
          <w:p>
            <w:r/>
            <w:r>
              <w:rPr>
                <w:rFonts w:ascii="Arial" w:hAnsi="Arial" w:eastAsia="Arial"/>
                <w:b w:val="0"/>
                <w:sz w:val="14"/>
              </w:rPr>
              <w:t>The surrounding medium also remains mostly clear/dark, but more fine particles are visible around the tablet, especially after 15-30 min.</w:t>
            </w:r>
          </w:p>
        </w:tc>
        <w:tc>
          <w:tcPr>
            <w:tcW w:type="dxa" w:w="2592"/>
            <w:vAlign w:val="top"/>
          </w:tcPr>
          <w:p>
            <w:r/>
            <w:r>
              <w:rPr>
                <w:rFonts w:ascii="Arial" w:hAnsi="Arial" w:eastAsia="Arial"/>
                <w:b w:val="0"/>
                <w:sz w:val="14"/>
              </w:rPr>
              <w:t>Both do not create heavy uniform turbidity, but Group B releases more visible suspended and settled material.</w:t>
            </w:r>
          </w:p>
        </w:tc>
      </w:tr>
      <w:tr>
        <w:tc>
          <w:tcPr>
            <w:tcW w:type="dxa" w:w="2592"/>
            <w:vAlign w:val="top"/>
          </w:tcPr>
          <w:p>
            <w:r/>
            <w:r>
              <w:rPr>
                <w:rFonts w:ascii="Arial" w:hAnsi="Arial" w:eastAsia="Arial"/>
                <w:b/>
                <w:sz w:val="14"/>
              </w:rPr>
              <w:t>8. Fragment distribution and density</w:t>
            </w:r>
          </w:p>
        </w:tc>
        <w:tc>
          <w:tcPr>
            <w:tcW w:type="dxa" w:w="2592"/>
            <w:vAlign w:val="top"/>
          </w:tcPr>
          <w:p>
            <w:r/>
            <w:r>
              <w:rPr>
                <w:rFonts w:ascii="Arial" w:hAnsi="Arial" w:eastAsia="Arial"/>
                <w:b w:val="0"/>
                <w:sz w:val="14"/>
              </w:rPr>
              <w:t>Fragments are mostly localized around the main mound. At 60 min, a central residue remains with some nearby sediment.</w:t>
            </w:r>
          </w:p>
        </w:tc>
        <w:tc>
          <w:tcPr>
            <w:tcW w:type="dxa" w:w="2592"/>
            <w:vAlign w:val="top"/>
          </w:tcPr>
          <w:p>
            <w:r/>
            <w:r>
              <w:rPr>
                <w:rFonts w:ascii="Arial" w:hAnsi="Arial" w:eastAsia="Arial"/>
                <w:b w:val="0"/>
                <w:sz w:val="14"/>
              </w:rPr>
              <w:t>Fragments spread more broadly along the support surface. By 45-60 min, residue forms a longer, thinner sediment field.</w:t>
            </w:r>
          </w:p>
        </w:tc>
        <w:tc>
          <w:tcPr>
            <w:tcW w:type="dxa" w:w="2592"/>
            <w:vAlign w:val="top"/>
          </w:tcPr>
          <w:p>
            <w:r/>
            <w:r>
              <w:rPr>
                <w:rFonts w:ascii="Arial" w:hAnsi="Arial" w:eastAsia="Arial"/>
                <w:b w:val="0"/>
                <w:sz w:val="14"/>
              </w:rPr>
              <w:t>Different distribution pattern: Group A is localized and mound-like; Group B is more dispersed and sediment-like.</w:t>
            </w:r>
          </w:p>
        </w:tc>
      </w:tr>
    </w:tbl>
    <w:p/>
    <w:p>
      <w:pPr>
        <w:pStyle w:val="Heading2"/>
      </w:pPr>
      <w:r>
        <w:t>Why the groups are not likely the same</w:t>
      </w:r>
    </w:p>
    <w:p>
      <w:pPr>
        <w:spacing w:after="60" w:line="252" w:lineRule="auto"/>
      </w:pPr>
      <w:r>
        <w:rPr>
          <w:rFonts w:ascii="Arial" w:hAnsi="Arial" w:eastAsia="Arial"/>
          <w:b w:val="0"/>
          <w:i w:val="0"/>
        </w:rPr>
        <w:t>The strongest evidence is the 0-minute difference. Group A begins as a white, domed, caplet-like tablet, while Group B begins as a pale-yellow, flat cylindrical tablet. Initial tablet color, size, and shape are important comparison features because they reflect the physical design of the dosage form.</w:t>
      </w:r>
    </w:p>
    <w:p>
      <w:pPr>
        <w:spacing w:after="60" w:line="252" w:lineRule="auto"/>
      </w:pPr>
      <w:r>
        <w:rPr>
          <w:rFonts w:ascii="Arial" w:hAnsi="Arial" w:eastAsia="Arial"/>
          <w:b w:val="0"/>
          <w:i w:val="0"/>
        </w:rPr>
        <w:t>The second major difference is the 60-minute endpoint. Group A still has a relatively large, yellow-white porous mound. Group B has mostly collapsed into a small white mound plus a thin spread-out sediment layer. This means the two groups do not only look different at the start; they also follow different breakdown pathways.</w:t>
      </w:r>
    </w:p>
    <w:p>
      <w:pPr>
        <w:pStyle w:val="Heading2"/>
      </w:pPr>
      <w:r>
        <w:t>Final judgment</w:t>
      </w:r>
    </w:p>
    <w:p>
      <w:pPr>
        <w:spacing w:after="60" w:line="252" w:lineRule="auto"/>
      </w:pPr>
      <w:r>
        <w:rPr>
          <w:rFonts w:ascii="Arial" w:hAnsi="Arial" w:eastAsia="Arial"/>
          <w:b/>
          <w:i w:val="0"/>
        </w:rPr>
        <w:t>My conclusion: Groups A and B are unlikely to be from the same drug product/formulation.</w:t>
      </w:r>
    </w:p>
    <w:p>
      <w:pPr>
        <w:spacing w:after="60" w:line="252" w:lineRule="auto"/>
      </w:pPr>
      <w:r>
        <w:rPr>
          <w:rFonts w:ascii="Arial" w:hAnsi="Arial" w:eastAsia="Arial"/>
          <w:b w:val="0"/>
          <w:i w:val="0"/>
        </w:rPr>
        <w:t>More precise wording: They may both be Doxycycline Hyclate Tablets in terms of labeled active ingredient, but the images are not consistent with the same tablet type, manufacturer/formulation, or physical dosage design. The evidence comes from their different initial color, initial shape, size profile, erosion rate, residual mass at 60 min, and fragment distribution pattern.</w:t>
      </w:r>
    </w:p>
    <w:sectPr w:rsidR="00FC693F" w:rsidRPr="0006063C" w:rsidSect="00034616">
      <w:footerReference w:type="default" r:id="rId19"/>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olor w:val="787878"/>
        <w:sz w:val="16"/>
      </w:rPr>
      <w:t>Edited English transcript - Drug disintegration image analysis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