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Doxycycline Hyclate Tablet Disintegration Image Analysis</w:t>
      </w:r>
    </w:p>
    <w:p>
      <w:pPr>
        <w:jc w:val="center"/>
      </w:pPr>
      <w:r>
        <w:rPr>
          <w:i/>
          <w:sz w:val="24"/>
        </w:rPr>
        <w:t>Edited English Conversation Transcript and Comparative Report</w:t>
      </w:r>
    </w:p>
    <w:p/>
    <w:p>
      <w:pPr>
        <w:pStyle w:val="Heading1"/>
      </w:pPr>
      <w:r>
        <w:t>Document Scope</w:t>
      </w:r>
    </w:p>
    <w:p>
      <w:pPr>
        <w:spacing w:after="100" w:line="259" w:lineRule="auto"/>
      </w:pPr>
      <w:r>
        <w:t>This document presents the English-only edited conversation and analysis regarding the disintegration images of two tablet groups, Group A and Group B. The final Chinese request asking for this Word document is excluded. The content has been edited for clarity while preserving the original meaning and analytical conclusions.</w:t>
      </w:r>
    </w:p>
    <w:p>
      <w:pPr>
        <w:pStyle w:val="Heading1"/>
      </w:pPr>
      <w:r>
        <w:t>1. Initial Request and Preparation</w:t>
      </w:r>
    </w:p>
    <w:p>
      <w:pPr>
        <w:pStyle w:val="SpeakerLabel"/>
      </w:pPr>
      <w:r>
        <w:t>User</w:t>
      </w:r>
    </w:p>
    <w:p>
      <w:pPr>
        <w:spacing w:after="100" w:line="259" w:lineRule="auto"/>
      </w:pPr>
      <w:r>
        <w:t>I need you to try analyzing the disintegration images of two groups of Doxycycline Hyclate Tablets, A and B. These may be images of the same drug or different drugs. I need you to determine whether the images are from the same drug or not.</w:t>
      </w:r>
    </w:p>
    <w:p>
      <w:pPr>
        <w:spacing w:after="100" w:line="259" w:lineRule="auto"/>
      </w:pPr>
      <w:r>
        <w:t>For each group, I will upload 5 images. Each picture is taken 15 minutes apart. Please describe the drug disintegration process in English for each image in the group, and finally determine whether the two sets of images are from the same drug.</w:t>
      </w:r>
    </w:p>
    <w:p>
      <w:pPr>
        <w:spacing w:after="100" w:line="259" w:lineRule="auto"/>
      </w:pPr>
      <w:r>
        <w:t>You can call the Knowledge Base to remember how to describe drug disintegration. As you describe the tablets in English, pay attention to changes in the size and shape of the tablets. If you are prepared, then I will upload Group A, picture 1 at 0 minutes.</w:t>
      </w:r>
    </w:p>
    <w:p>
      <w:pPr>
        <w:pStyle w:val="SpeakerLabel"/>
      </w:pPr>
      <w:r>
        <w:t>Assistant</w:t>
      </w:r>
    </w:p>
    <w:p>
      <w:pPr>
        <w:spacing w:after="100" w:line="259" w:lineRule="auto"/>
      </w:pPr>
      <w:r>
        <w:t>I am prepared. I will analyze each uploaded image using the eight disintegration dimensions: color, shape, surface texture, volume, dissolution speed/time, physical state, medium appearance, and fragment distribution/density, with special attention to tablet size and shape changes.</w:t>
      </w:r>
    </w:p>
    <w:p>
      <w:pPr>
        <w:spacing w:after="100" w:line="259" w:lineRule="auto"/>
      </w:pPr>
      <w:r>
        <w:t>Please upload Group A, Picture 1, 0 minutes.</w:t>
      </w:r>
    </w:p>
    <w:p>
      <w:pPr>
        <w:pStyle w:val="SpeakerLabel"/>
      </w:pPr>
      <w:r>
        <w:t>User</w:t>
      </w:r>
    </w:p>
    <w:p>
      <w:pPr>
        <w:spacing w:after="100" w:line="259" w:lineRule="auto"/>
      </w:pPr>
      <w:r>
        <w:t>You are not fully prepared. Please call the Knowledge Base again to remember how to describe drug disintegration.</w:t>
      </w:r>
    </w:p>
    <w:p>
      <w:pPr>
        <w:pStyle w:val="SpeakerLabel"/>
      </w:pPr>
      <w:r>
        <w:t>Assistant</w:t>
      </w:r>
    </w:p>
    <w:p>
      <w:pPr>
        <w:spacing w:after="100" w:line="259" w:lineRule="auto"/>
      </w:pPr>
      <w:r>
        <w:t>I will reload the disintegration-description Knowledge Base and restate the exact analysis framework I will use before you upload the images.</w:t>
      </w:r>
    </w:p>
    <w:p>
      <w:pPr>
        <w:spacing w:after="100" w:line="259" w:lineRule="auto"/>
      </w:pPr>
      <w:r>
        <w:t>You are right. I have now re-called the Knowledge Base and refreshed the full framework.</w:t>
      </w:r>
    </w:p>
    <w:p>
      <w:pPr>
        <w:spacing w:after="100" w:line="259" w:lineRule="auto"/>
      </w:pPr>
      <w:r>
        <w:t>I will describe every image using these eight fixed dimensions:</w:t>
      </w:r>
    </w:p>
    <w:p>
      <w:pPr>
        <w:spacing w:after="60"/>
      </w:pPr>
      <w:r>
        <w:t>1. Color change: solution color, opacity, turbidity, and local or uniform color spreading.</w:t>
      </w:r>
    </w:p>
    <w:p>
      <w:pPr>
        <w:spacing w:after="60"/>
      </w:pPr>
      <w:r>
        <w:t>2. Shape change: whether the tablet remains round, oval, or intact; becomes irregular; cracks; or fragments.</w:t>
      </w:r>
    </w:p>
    <w:p>
      <w:pPr>
        <w:spacing w:after="60"/>
      </w:pPr>
      <w:r>
        <w:t>3. Surface texture change: smoothness, roughness, pores, peeling, cracks, powdering, or flaky layers.</w:t>
      </w:r>
    </w:p>
    <w:p>
      <w:pPr>
        <w:spacing w:after="60"/>
      </w:pPr>
      <w:r>
        <w:t>4. Volume change: reduction in diameter, thickness, height, edge definition, or swelling/collapse.</w:t>
      </w:r>
    </w:p>
    <w:p>
      <w:pPr>
        <w:spacing w:after="60"/>
      </w:pPr>
      <w:r>
        <w:t>5. Dissolution speed and time: slow or rapid disintegration, acceleration after cracking, and time-point comparison every 15 minutes.</w:t>
      </w:r>
    </w:p>
    <w:p>
      <w:pPr>
        <w:spacing w:after="60"/>
      </w:pPr>
      <w:r>
        <w:t>6. Physical state change: swelling, internal weakening, cracking, collapse, particle generation, and sedimentation.</w:t>
      </w:r>
    </w:p>
    <w:p>
      <w:pPr>
        <w:spacing w:after="60"/>
      </w:pPr>
      <w:r>
        <w:t>7. Dissolution medium: clarity, turbidity, suspended particles, sediment, viscosity-like appearance, and visible interaction with the tablet.</w:t>
      </w:r>
    </w:p>
    <w:p>
      <w:pPr>
        <w:spacing w:after="60"/>
      </w:pPr>
      <w:r>
        <w:t>8. Fragment distribution with density: number, size, density, location, suspension, bottom settling, and spread of fragments.</w:t>
      </w:r>
    </w:p>
    <w:p>
      <w:pPr>
        <w:spacing w:after="100" w:line="259" w:lineRule="auto"/>
      </w:pPr>
      <w:r>
        <w:t>For comparing Group A versus Group B, I will focus especially on the initial tablet size, shape, color, coating, and edge profile; whether the tablets shrink, swell, crack, or collapse in the same pattern; whether the fragment density and sediment distribution follow the same 0-15-30-45-60 minute sequence; whether the dissolution medium becomes similarly turbid or remains clear; and whether the overall disintegration speed is consistent between the two groups.</w:t>
      </w:r>
    </w:p>
    <w:p>
      <w:pPr>
        <w:spacing w:after="100" w:line="259" w:lineRule="auto"/>
      </w:pPr>
      <w:r>
        <w:t>The final judgment will be phrased as a visual disintegration-based conclusion, such as: “Likely the same drug,” “Possibly the same drug but with formulation/batch differences,” or “Likely different drugs/formulations.”</w:t>
      </w:r>
    </w:p>
    <w:p>
      <w:pPr>
        <w:spacing w:after="100" w:line="259" w:lineRule="auto"/>
      </w:pPr>
      <w:r>
        <w:t>Please upload Group A, Picture 1, 0 minutes.</w:t>
      </w:r>
    </w:p>
    <w:p>
      <w:pPr>
        <w:pStyle w:val="Heading1"/>
      </w:pPr>
      <w:r>
        <w:t>2. Group A Upload and Image Analysis</w:t>
      </w:r>
    </w:p>
    <w:p>
      <w:pPr>
        <w:pStyle w:val="SpeakerLabel"/>
      </w:pPr>
      <w:r>
        <w:t>User</w:t>
      </w:r>
    </w:p>
    <w:p>
      <w:pPr>
        <w:spacing w:after="100" w:line="259" w:lineRule="auto"/>
      </w:pPr>
      <w:r>
        <w:t>When you describe the drug, I hope you can make sure your description in English is accurate, think carefully, and reduce the occurrence of hallucinations. Each picture is taken 15 minutes apart. This is the Group A picture set.</w:t>
      </w:r>
    </w:p>
    <w:p>
      <w:r>
        <w:br w:type="page"/>
      </w:r>
    </w:p>
    <w:p>
      <w:pPr>
        <w:pStyle w:val="Heading2"/>
      </w:pPr>
      <w:r>
        <w:t>Group A Uploaded Images</w:t>
      </w:r>
    </w:p>
    <w:tbl>
      <w:tblPr>
        <w:tblW w:type="auto" w:w="0"/>
        <w:jc w:val="center"/>
        <w:tblLayout w:type="fixed"/>
        <w:tblLook w:firstColumn="1" w:firstRow="1" w:lastColumn="0" w:lastRow="0" w:noHBand="0" w:noVBand="1" w:val="04A0"/>
      </w:tblPr>
      <w:tblGrid>
        <w:gridCol w:w="5040"/>
        <w:gridCol w:w="5040"/>
      </w:tblGrid>
      <w:tr>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2834640" cy="1594485"/>
                          </a:xfrm>
                          <a:prstGeom prst="rect"/>
                        </pic:spPr>
                      </pic:pic>
                    </a:graphicData>
                  </a:graphic>
                </wp:inline>
              </w:drawing>
            </w:r>
          </w:p>
          <w:p>
            <w:pPr>
              <w:pStyle w:val="SmallCaption"/>
              <w:jc w:val="center"/>
            </w:pPr>
            <w:r>
              <w:t>Group A, 0 min</w:t>
            </w:r>
          </w:p>
        </w:tc>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2834640" cy="1594485"/>
                          </a:xfrm>
                          <a:prstGeom prst="rect"/>
                        </pic:spPr>
                      </pic:pic>
                    </a:graphicData>
                  </a:graphic>
                </wp:inline>
              </w:drawing>
            </w:r>
          </w:p>
          <w:p>
            <w:pPr>
              <w:pStyle w:val="SmallCaption"/>
              <w:jc w:val="center"/>
            </w:pPr>
            <w:r>
              <w:t>Group A, 15 min</w:t>
            </w:r>
          </w:p>
        </w:tc>
      </w:tr>
      <w:tr>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2834640" cy="1594485"/>
                          </a:xfrm>
                          <a:prstGeom prst="rect"/>
                        </pic:spPr>
                      </pic:pic>
                    </a:graphicData>
                  </a:graphic>
                </wp:inline>
              </w:drawing>
            </w:r>
          </w:p>
          <w:p>
            <w:pPr>
              <w:pStyle w:val="SmallCaption"/>
              <w:jc w:val="center"/>
            </w:pPr>
            <w:r>
              <w:t>Group A, 30 min</w:t>
            </w:r>
          </w:p>
        </w:tc>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2834640" cy="1594485"/>
                          </a:xfrm>
                          <a:prstGeom prst="rect"/>
                        </pic:spPr>
                      </pic:pic>
                    </a:graphicData>
                  </a:graphic>
                </wp:inline>
              </w:drawing>
            </w:r>
          </w:p>
          <w:p>
            <w:pPr>
              <w:pStyle w:val="SmallCaption"/>
              <w:jc w:val="center"/>
            </w:pPr>
            <w:r>
              <w:t>Group A, 45 min</w:t>
            </w:r>
          </w:p>
        </w:tc>
      </w:tr>
      <w:tr>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2834640" cy="1594485"/>
                          </a:xfrm>
                          <a:prstGeom prst="rect"/>
                        </pic:spPr>
                      </pic:pic>
                    </a:graphicData>
                  </a:graphic>
                </wp:inline>
              </w:drawing>
            </w:r>
          </w:p>
          <w:p>
            <w:pPr>
              <w:pStyle w:val="SmallCaption"/>
              <w:jc w:val="center"/>
            </w:pPr>
            <w:r>
              <w:t>Group A, 60 min</w:t>
            </w:r>
          </w:p>
        </w:tc>
        <w:tc>
          <w:tcPr>
            <w:tcW w:type="dxa" w:w="4608"/>
            <w:vAlign w:val="center"/>
            <w:tcMar>
              <w:top w:w="40" w:type="dxa"/>
              <w:start w:w="40" w:type="dxa"/>
              <w:bottom w:w="40" w:type="dxa"/>
              <w:end w:w="40" w:type="dxa"/>
            </w:tcMar>
          </w:tcPr>
          <w:p>
            <w:pPr>
              <w:jc w:val="center"/>
            </w:pPr>
            <w:r>
              <w:t xml:space="preserve"> </w:t>
            </w:r>
          </w:p>
        </w:tc>
      </w:tr>
    </w:tbl>
    <w:p/>
    <w:p>
      <w:pPr>
        <w:pStyle w:val="SpeakerLabel"/>
      </w:pPr>
      <w:r>
        <w:t>Assistant</w:t>
      </w:r>
    </w:p>
    <w:p>
      <w:pPr>
        <w:spacing w:after="100" w:line="259" w:lineRule="auto"/>
      </w:pPr>
      <w:r>
        <w:t>I analyzed Group A using the Knowledge Base framework: color, shape, surface texture, volume, dissolution speed/time, physical state, dissolution medium, and fragment distribution/density. The framework emphasizes tracking tablet shape, contour, volume reduction, liquid penetration, particle formation, and fragment distribution over time.</w:t>
      </w:r>
    </w:p>
    <w:p>
      <w:pPr>
        <w:pStyle w:val="Heading2"/>
      </w:pPr>
      <w:r>
        <w:t>Group A: Doxycycline Hyclate Tablets, 0-60 min</w:t>
      </w:r>
    </w:p>
    <w:p>
      <w:pPr>
        <w:pStyle w:val="Heading3"/>
      </w:pPr>
      <w:r>
        <w:t>Image 1: 0 min</w:t>
      </w:r>
    </w:p>
    <w:p>
      <w:pPr>
        <w:spacing w:before="80" w:after="40"/>
      </w:pPr>
      <w:r>
        <w:rPr>
          <w:b/>
          <w:color w:val="1F4E79"/>
        </w:rPr>
        <w:t>Color change:</w:t>
      </w:r>
    </w:p>
    <w:p>
      <w:pPr>
        <w:spacing w:after="100" w:line="259" w:lineRule="auto"/>
      </w:pPr>
      <w:r>
        <w:t>The tablet appears mainly white to off-white. No obvious yellow core or colored diffusion is visible yet. The surrounding medium/background appears visually clear and dark, with no obvious turbidity around the tablet.</w:t>
      </w:r>
    </w:p>
    <w:p>
      <w:pPr>
        <w:spacing w:before="80" w:after="40"/>
      </w:pPr>
      <w:r>
        <w:rPr>
          <w:b/>
          <w:color w:val="1F4E79"/>
        </w:rPr>
        <w:t>Shape change:</w:t>
      </w:r>
    </w:p>
    <w:p>
      <w:pPr>
        <w:spacing w:after="100" w:line="259" w:lineRule="auto"/>
      </w:pPr>
      <w:r>
        <w:t>The tablet is still intact. From the side view, it looks like a round, thick, biconvex or bevel-edged tablet lying slightly tilted on the support surface. The edge is still sharply defined.</w:t>
      </w:r>
    </w:p>
    <w:p>
      <w:pPr>
        <w:spacing w:before="80" w:after="40"/>
      </w:pPr>
      <w:r>
        <w:rPr>
          <w:b/>
          <w:color w:val="1F4E79"/>
        </w:rPr>
        <w:t>Surface texture change:</w:t>
      </w:r>
    </w:p>
    <w:p>
      <w:pPr>
        <w:spacing w:after="100" w:line="259" w:lineRule="auto"/>
      </w:pPr>
      <w:r>
        <w:t>The surface is mostly smooth and compact, with only slight surface irregularity visible. No obvious pores, cracks, peeling, or powder shedding are present.</w:t>
      </w:r>
    </w:p>
    <w:p>
      <w:pPr>
        <w:spacing w:before="80" w:after="40"/>
      </w:pPr>
      <w:r>
        <w:rPr>
          <w:b/>
          <w:color w:val="1F4E79"/>
        </w:rPr>
        <w:t>Volume change:</w:t>
      </w:r>
    </w:p>
    <w:p>
      <w:pPr>
        <w:spacing w:after="100" w:line="259" w:lineRule="auto"/>
      </w:pPr>
      <w:r>
        <w:t>This is the baseline size. The tablet keeps its original thickness and diameter. No swelling or collapse is visible.</w:t>
      </w:r>
    </w:p>
    <w:p>
      <w:pPr>
        <w:spacing w:before="80" w:after="40"/>
      </w:pPr>
      <w:r>
        <w:rPr>
          <w:b/>
          <w:color w:val="1F4E79"/>
        </w:rPr>
        <w:t>Dissolution speed and time:</w:t>
      </w:r>
    </w:p>
    <w:p>
      <w:pPr>
        <w:spacing w:after="100" w:line="259" w:lineRule="auto"/>
      </w:pPr>
      <w:r>
        <w:t>At 0 min, disintegration has not visibly started.</w:t>
      </w:r>
    </w:p>
    <w:p>
      <w:pPr>
        <w:spacing w:before="80" w:after="40"/>
      </w:pPr>
      <w:r>
        <w:rPr>
          <w:b/>
          <w:color w:val="1F4E79"/>
        </w:rPr>
        <w:t>Physical state change:</w:t>
      </w:r>
    </w:p>
    <w:p>
      <w:pPr>
        <w:spacing w:after="100" w:line="259" w:lineRule="auto"/>
      </w:pPr>
      <w:r>
        <w:t>The tablet remains solid and coherent. No fragmentation, cracking, or internal exposure is visible.</w:t>
      </w:r>
    </w:p>
    <w:p>
      <w:pPr>
        <w:spacing w:before="80" w:after="40"/>
      </w:pPr>
      <w:r>
        <w:rPr>
          <w:b/>
          <w:color w:val="1F4E79"/>
        </w:rPr>
        <w:t>Dissolution medium:</w:t>
      </w:r>
    </w:p>
    <w:p>
      <w:pPr>
        <w:spacing w:after="100" w:line="259" w:lineRule="auto"/>
      </w:pPr>
      <w:r>
        <w:t>The medium appears visually clear; no visible clouding or color release is present.</w:t>
      </w:r>
    </w:p>
    <w:p>
      <w:pPr>
        <w:spacing w:before="80" w:after="40"/>
      </w:pPr>
      <w:r>
        <w:rPr>
          <w:b/>
          <w:color w:val="1F4E79"/>
        </w:rPr>
        <w:t>Fragment distribution with density:</w:t>
      </w:r>
    </w:p>
    <w:p>
      <w:pPr>
        <w:spacing w:after="100" w:line="259" w:lineRule="auto"/>
      </w:pPr>
      <w:r>
        <w:t>No detached fragments are visible around the tablet.</w:t>
      </w:r>
    </w:p>
    <w:p>
      <w:pPr>
        <w:pStyle w:val="Heading3"/>
      </w:pPr>
      <w:r>
        <w:t>Image 2: 15 min</w:t>
      </w:r>
    </w:p>
    <w:p>
      <w:pPr>
        <w:spacing w:before="80" w:after="40"/>
      </w:pPr>
      <w:r>
        <w:rPr>
          <w:b/>
          <w:color w:val="1F4E79"/>
        </w:rPr>
        <w:t>Color change:</w:t>
      </w:r>
    </w:p>
    <w:p>
      <w:pPr>
        <w:spacing w:after="100" w:line="259" w:lineRule="auto"/>
      </w:pPr>
      <w:r>
        <w:t>A clear yellow inner region becomes visible, suggesting the outer white layer has opened or eroded. The tablet changes from white to a white-yellow mixed mass.</w:t>
      </w:r>
    </w:p>
    <w:p>
      <w:pPr>
        <w:spacing w:before="80" w:after="40"/>
      </w:pPr>
      <w:r>
        <w:rPr>
          <w:b/>
          <w:color w:val="1F4E79"/>
        </w:rPr>
        <w:t>Shape change:</w:t>
      </w:r>
    </w:p>
    <w:p>
      <w:pPr>
        <w:spacing w:after="100" w:line="259" w:lineRule="auto"/>
      </w:pPr>
      <w:r>
        <w:t>The original tablet shape is mostly lost. Instead of a smooth, bevel-edged tablet, it has become an irregular mound. The edges are no longer sharp and appear swollen or loosened.</w:t>
      </w:r>
    </w:p>
    <w:p>
      <w:pPr>
        <w:spacing w:before="80" w:after="40"/>
      </w:pPr>
      <w:r>
        <w:rPr>
          <w:b/>
          <w:color w:val="1F4E79"/>
        </w:rPr>
        <w:t>Surface texture change:</w:t>
      </w:r>
    </w:p>
    <w:p>
      <w:pPr>
        <w:spacing w:after="100" w:line="259" w:lineRule="auto"/>
      </w:pPr>
      <w:r>
        <w:t>The surface becomes rough, porous, fluffy, and granular. White powder-like or foam-like material surrounds the yellow center. Small particles appear to lift away from the surface.</w:t>
      </w:r>
    </w:p>
    <w:p>
      <w:pPr>
        <w:spacing w:before="80" w:after="40"/>
      </w:pPr>
      <w:r>
        <w:rPr>
          <w:b/>
          <w:color w:val="1F4E79"/>
        </w:rPr>
        <w:t>Volume change:</w:t>
      </w:r>
    </w:p>
    <w:p>
      <w:pPr>
        <w:spacing w:after="100" w:line="259" w:lineRule="auto"/>
      </w:pPr>
      <w:r>
        <w:t>The apparent width of the mass looks slightly expanded because of swelling and loosened outer material, but the compact tablet core has started to lose its original structure. The thickness is less clearly defined than at 0 min.</w:t>
      </w:r>
    </w:p>
    <w:p>
      <w:pPr>
        <w:spacing w:before="80" w:after="40"/>
      </w:pPr>
      <w:r>
        <w:rPr>
          <w:b/>
          <w:color w:val="1F4E79"/>
        </w:rPr>
        <w:t>Dissolution speed and time:</w:t>
      </w:r>
    </w:p>
    <w:p>
      <w:pPr>
        <w:spacing w:after="100" w:line="259" w:lineRule="auto"/>
      </w:pPr>
      <w:r>
        <w:t>Between 0 and 15 min, disintegration is rapid. The coating or outer layer appears to break down quickly, exposing the yellow interior.</w:t>
      </w:r>
    </w:p>
    <w:p>
      <w:pPr>
        <w:spacing w:before="80" w:after="40"/>
      </w:pPr>
      <w:r>
        <w:rPr>
          <w:b/>
          <w:color w:val="1F4E79"/>
        </w:rPr>
        <w:t>Physical state change:</w:t>
      </w:r>
    </w:p>
    <w:p>
      <w:pPr>
        <w:spacing w:after="100" w:line="259" w:lineRule="auto"/>
      </w:pPr>
      <w:r>
        <w:t>The tablet changes from a hard solid body into a softened, porous, partially collapsed mass. Liquid penetration appears substantial.</w:t>
      </w:r>
    </w:p>
    <w:p>
      <w:pPr>
        <w:spacing w:before="80" w:after="40"/>
      </w:pPr>
      <w:r>
        <w:rPr>
          <w:b/>
          <w:color w:val="1F4E79"/>
        </w:rPr>
        <w:t>Dissolution medium:</w:t>
      </w:r>
    </w:p>
    <w:p>
      <w:pPr>
        <w:spacing w:after="100" w:line="259" w:lineRule="auto"/>
      </w:pPr>
      <w:r>
        <w:t>Fine suspended particles are visible around the tablet. The local region near the tablet becomes slightly particulate, although the whole medium does not appear uniformly cloudy.</w:t>
      </w:r>
    </w:p>
    <w:p>
      <w:pPr>
        <w:spacing w:before="80" w:after="40"/>
      </w:pPr>
      <w:r>
        <w:rPr>
          <w:b/>
          <w:color w:val="1F4E79"/>
        </w:rPr>
        <w:t>Fragment distribution with density:</w:t>
      </w:r>
    </w:p>
    <w:p>
      <w:pPr>
        <w:spacing w:after="100" w:line="259" w:lineRule="auto"/>
      </w:pPr>
      <w:r>
        <w:t>Fragments are concentrated near the tablet surface and base. A small upward plume of loose material is visible above the left-central region, indicating active particle release.</w:t>
      </w:r>
    </w:p>
    <w:p>
      <w:pPr>
        <w:pStyle w:val="Heading3"/>
      </w:pPr>
      <w:r>
        <w:t>Image 3: 30 min</w:t>
      </w:r>
    </w:p>
    <w:p>
      <w:pPr>
        <w:spacing w:before="80" w:after="40"/>
      </w:pPr>
      <w:r>
        <w:rPr>
          <w:b/>
          <w:color w:val="1F4E79"/>
        </w:rPr>
        <w:t>Color change:</w:t>
      </w:r>
    </w:p>
    <w:p>
      <w:pPr>
        <w:spacing w:after="100" w:line="259" w:lineRule="auto"/>
      </w:pPr>
      <w:r>
        <w:t>The yellow color remains visible but is more diffused within a pale white granular layer. The tablet mass appears pale yellow-white, with the yellow core less sharply bounded than at 15 min.</w:t>
      </w:r>
    </w:p>
    <w:p>
      <w:pPr>
        <w:spacing w:before="80" w:after="40"/>
      </w:pPr>
      <w:r>
        <w:rPr>
          <w:b/>
          <w:color w:val="1F4E79"/>
        </w:rPr>
        <w:t>Shape change:</w:t>
      </w:r>
    </w:p>
    <w:p>
      <w:pPr>
        <w:spacing w:after="100" w:line="259" w:lineRule="auto"/>
      </w:pPr>
      <w:r>
        <w:t>The mass is now fully irregular. The original round tablet outline is no longer recognizable. The left and right edges are ragged, and the top contour is uneven.</w:t>
      </w:r>
    </w:p>
    <w:p>
      <w:pPr>
        <w:spacing w:before="80" w:after="40"/>
      </w:pPr>
      <w:r>
        <w:rPr>
          <w:b/>
          <w:color w:val="1F4E79"/>
        </w:rPr>
        <w:t>Surface texture change:</w:t>
      </w:r>
    </w:p>
    <w:p>
      <w:pPr>
        <w:spacing w:after="100" w:line="259" w:lineRule="auto"/>
      </w:pPr>
      <w:r>
        <w:t>The surface is highly granular, porous, and crumbly. Fine particles cover the surface, and small loose fragments appear around the upper and lateral edges.</w:t>
      </w:r>
    </w:p>
    <w:p>
      <w:pPr>
        <w:spacing w:before="80" w:after="40"/>
      </w:pPr>
      <w:r>
        <w:rPr>
          <w:b/>
          <w:color w:val="1F4E79"/>
        </w:rPr>
        <w:t>Volume change:</w:t>
      </w:r>
    </w:p>
    <w:p>
      <w:pPr>
        <w:spacing w:after="100" w:line="259" w:lineRule="auto"/>
      </w:pPr>
      <w:r>
        <w:t>Compared with 15 min, the compact central body appears slightly reduced and more flattened. The visible fluffy layer still increases the apparent size, but the solid core seems weaker and less defined.</w:t>
      </w:r>
    </w:p>
    <w:p>
      <w:pPr>
        <w:spacing w:before="80" w:after="40"/>
      </w:pPr>
      <w:r>
        <w:rPr>
          <w:b/>
          <w:color w:val="1F4E79"/>
        </w:rPr>
        <w:t>Dissolution speed and time:</w:t>
      </w:r>
    </w:p>
    <w:p>
      <w:pPr>
        <w:spacing w:after="100" w:line="259" w:lineRule="auto"/>
      </w:pPr>
      <w:r>
        <w:t>Disintegration continues but appears slower than the initial 0-15 min stage. The main change is progressive erosion and particle shedding rather than a sudden collapse.</w:t>
      </w:r>
    </w:p>
    <w:p>
      <w:pPr>
        <w:spacing w:before="80" w:after="40"/>
      </w:pPr>
      <w:r>
        <w:rPr>
          <w:b/>
          <w:color w:val="1F4E79"/>
        </w:rPr>
        <w:t>Physical state change:</w:t>
      </w:r>
    </w:p>
    <w:p>
      <w:pPr>
        <w:spacing w:after="100" w:line="259" w:lineRule="auto"/>
      </w:pPr>
      <w:r>
        <w:t>The tablet has changed into a semi-coherent wet powder mass. The internal structure appears weakened, with continued surface erosion.</w:t>
      </w:r>
    </w:p>
    <w:p>
      <w:pPr>
        <w:spacing w:before="80" w:after="40"/>
      </w:pPr>
      <w:r>
        <w:rPr>
          <w:b/>
          <w:color w:val="1F4E79"/>
        </w:rPr>
        <w:t>Dissolution medium:</w:t>
      </w:r>
    </w:p>
    <w:p>
      <w:pPr>
        <w:spacing w:after="100" w:line="259" w:lineRule="auto"/>
      </w:pPr>
      <w:r>
        <w:t>More suspended specks are visible in the medium. The area near the tablet contains more particles than the upper background, so the particle distribution is still localized rather than uniform.</w:t>
      </w:r>
    </w:p>
    <w:p>
      <w:pPr>
        <w:spacing w:before="80" w:after="40"/>
      </w:pPr>
      <w:r>
        <w:rPr>
          <w:b/>
          <w:color w:val="1F4E79"/>
        </w:rPr>
        <w:t>Fragment distribution with density:</w:t>
      </w:r>
    </w:p>
    <w:p>
      <w:pPr>
        <w:spacing w:after="100" w:line="259" w:lineRule="auto"/>
      </w:pPr>
      <w:r>
        <w:t>Fragment density remains highest around the tablet and along the support surface. Fine particles are suspended above and around the tablet, while heavier material appears to stay near the base.</w:t>
      </w:r>
    </w:p>
    <w:p>
      <w:pPr>
        <w:pStyle w:val="Heading3"/>
      </w:pPr>
      <w:r>
        <w:t>Image 4: 45 min</w:t>
      </w:r>
    </w:p>
    <w:p>
      <w:pPr>
        <w:spacing w:before="80" w:after="40"/>
      </w:pPr>
      <w:r>
        <w:rPr>
          <w:b/>
          <w:color w:val="1F4E79"/>
        </w:rPr>
        <w:t>Color change:</w:t>
      </w:r>
    </w:p>
    <w:p>
      <w:pPr>
        <w:spacing w:after="100" w:line="259" w:lineRule="auto"/>
      </w:pPr>
      <w:r>
        <w:t>The visible yellow becomes paler and more obscured by white/off-white particulate material. The mass appears more uniformly pale yellow-white.</w:t>
      </w:r>
    </w:p>
    <w:p>
      <w:pPr>
        <w:spacing w:before="80" w:after="40"/>
      </w:pPr>
      <w:r>
        <w:rPr>
          <w:b/>
          <w:color w:val="1F4E79"/>
        </w:rPr>
        <w:t>Shape change:</w:t>
      </w:r>
    </w:p>
    <w:p>
      <w:pPr>
        <w:spacing w:after="100" w:line="259" w:lineRule="auto"/>
      </w:pPr>
      <w:r>
        <w:t>The mound becomes somewhat smaller and more compact. The top remains uneven, and the left side shows loose protruding material. The original tablet shape is completely absent.</w:t>
      </w:r>
    </w:p>
    <w:p>
      <w:pPr>
        <w:spacing w:before="80" w:after="40"/>
      </w:pPr>
      <w:r>
        <w:rPr>
          <w:b/>
          <w:color w:val="1F4E79"/>
        </w:rPr>
        <w:t>Surface texture change:</w:t>
      </w:r>
    </w:p>
    <w:p>
      <w:pPr>
        <w:spacing w:after="100" w:line="259" w:lineRule="auto"/>
      </w:pPr>
      <w:r>
        <w:t>The surface is still rough and fluffy, but the mass appears more eroded. The edge texture looks fragile, with small flakes or granules detaching.</w:t>
      </w:r>
    </w:p>
    <w:p>
      <w:pPr>
        <w:spacing w:before="80" w:after="40"/>
      </w:pPr>
      <w:r>
        <w:rPr>
          <w:b/>
          <w:color w:val="1F4E79"/>
        </w:rPr>
        <w:t>Volume change:</w:t>
      </w:r>
    </w:p>
    <w:p>
      <w:pPr>
        <w:spacing w:after="100" w:line="259" w:lineRule="auto"/>
      </w:pPr>
      <w:r>
        <w:t>The visible body appears reduced compared with 15-30 min. The height and edge definition continue to decrease. The tablet no longer has a firm geometric contour.</w:t>
      </w:r>
    </w:p>
    <w:p>
      <w:pPr>
        <w:spacing w:before="80" w:after="40"/>
      </w:pPr>
      <w:r>
        <w:rPr>
          <w:b/>
          <w:color w:val="1F4E79"/>
        </w:rPr>
        <w:t>Dissolution speed and time:</w:t>
      </w:r>
    </w:p>
    <w:p>
      <w:pPr>
        <w:spacing w:after="100" w:line="259" w:lineRule="auto"/>
      </w:pPr>
      <w:r>
        <w:t>From 30 to 45 min, the rate appears moderate and gradual. The main process is continuing erosion, softening, and particle release.</w:t>
      </w:r>
    </w:p>
    <w:p>
      <w:pPr>
        <w:spacing w:before="80" w:after="40"/>
      </w:pPr>
      <w:r>
        <w:rPr>
          <w:b/>
          <w:color w:val="1F4E79"/>
        </w:rPr>
        <w:t>Physical state change:</w:t>
      </w:r>
    </w:p>
    <w:p>
      <w:pPr>
        <w:spacing w:after="100" w:line="259" w:lineRule="auto"/>
      </w:pPr>
      <w:r>
        <w:t>The tablet is now a loose, partially collapsed aggregate rather than a tablet. The remaining core is weak and powdery.</w:t>
      </w:r>
    </w:p>
    <w:p>
      <w:pPr>
        <w:spacing w:before="80" w:after="40"/>
      </w:pPr>
      <w:r>
        <w:rPr>
          <w:b/>
          <w:color w:val="1F4E79"/>
        </w:rPr>
        <w:t>Dissolution medium:</w:t>
      </w:r>
    </w:p>
    <w:p>
      <w:pPr>
        <w:spacing w:after="100" w:line="259" w:lineRule="auto"/>
      </w:pPr>
      <w:r>
        <w:t>Small particles are visible in the surrounding medium, especially near the tablet and support surface. The medium is not fully opaque, but local particle suspension is evident.</w:t>
      </w:r>
    </w:p>
    <w:p>
      <w:pPr>
        <w:spacing w:before="80" w:after="40"/>
      </w:pPr>
      <w:r>
        <w:rPr>
          <w:b/>
          <w:color w:val="1F4E79"/>
        </w:rPr>
        <w:t>Fragment distribution with density:</w:t>
      </w:r>
    </w:p>
    <w:p>
      <w:pPr>
        <w:spacing w:after="100" w:line="259" w:lineRule="auto"/>
      </w:pPr>
      <w:r>
        <w:t>Fragments are denser around the base and lower left side. Some particles are suspended upward, while heavier fragments appear to settle near the support.</w:t>
      </w:r>
    </w:p>
    <w:p>
      <w:pPr>
        <w:pStyle w:val="Heading3"/>
      </w:pPr>
      <w:r>
        <w:t>Image 5: 60 min</w:t>
      </w:r>
    </w:p>
    <w:p>
      <w:pPr>
        <w:spacing w:before="80" w:after="40"/>
      </w:pPr>
      <w:r>
        <w:rPr>
          <w:b/>
          <w:color w:val="1F4E79"/>
        </w:rPr>
        <w:t>Color change:</w:t>
      </w:r>
    </w:p>
    <w:p>
      <w:pPr>
        <w:spacing w:after="100" w:line="259" w:lineRule="auto"/>
      </w:pPr>
      <w:r>
        <w:t>The mass is mostly pale off-white with faint yellow areas. The yellow color is less concentrated than earlier, suggesting continued diffusion or coverage by white particulate material.</w:t>
      </w:r>
    </w:p>
    <w:p>
      <w:pPr>
        <w:spacing w:before="80" w:after="40"/>
      </w:pPr>
      <w:r>
        <w:rPr>
          <w:b/>
          <w:color w:val="1F4E79"/>
        </w:rPr>
        <w:t>Shape change:</w:t>
      </w:r>
    </w:p>
    <w:p>
      <w:pPr>
        <w:spacing w:after="100" w:line="259" w:lineRule="auto"/>
      </w:pPr>
      <w:r>
        <w:t>Only a small, irregular, mound-like residue remains. The original round tablet form is completely gone.</w:t>
      </w:r>
    </w:p>
    <w:p>
      <w:pPr>
        <w:spacing w:before="80" w:after="40"/>
      </w:pPr>
      <w:r>
        <w:rPr>
          <w:b/>
          <w:color w:val="1F4E79"/>
        </w:rPr>
        <w:t>Surface texture change:</w:t>
      </w:r>
    </w:p>
    <w:p>
      <w:pPr>
        <w:spacing w:after="100" w:line="259" w:lineRule="auto"/>
      </w:pPr>
      <w:r>
        <w:t>The residue has a fine, powdery, porous, fluffy surface. The edges are very loose and poorly defined.</w:t>
      </w:r>
    </w:p>
    <w:p>
      <w:pPr>
        <w:spacing w:before="80" w:after="40"/>
      </w:pPr>
      <w:r>
        <w:rPr>
          <w:b/>
          <w:color w:val="1F4E79"/>
        </w:rPr>
        <w:t>Volume change:</w:t>
      </w:r>
    </w:p>
    <w:p>
      <w:pPr>
        <w:spacing w:after="100" w:line="259" w:lineRule="auto"/>
      </w:pPr>
      <w:r>
        <w:t>The remaining compact mass appears smaller and lower than earlier time points. Although fluffy material around it increases the apparent outline, the solid core is visibly reduced.</w:t>
      </w:r>
    </w:p>
    <w:p>
      <w:pPr>
        <w:spacing w:before="80" w:after="40"/>
      </w:pPr>
      <w:r>
        <w:rPr>
          <w:b/>
          <w:color w:val="1F4E79"/>
        </w:rPr>
        <w:t>Dissolution speed and time:</w:t>
      </w:r>
    </w:p>
    <w:p>
      <w:pPr>
        <w:spacing w:after="100" w:line="259" w:lineRule="auto"/>
      </w:pPr>
      <w:r>
        <w:t>By 60 min, the process has reached a late erosion stage. Disintegration is still ongoing, but slower than the initial 0-15 min breakdown.</w:t>
      </w:r>
    </w:p>
    <w:p>
      <w:pPr>
        <w:spacing w:before="80" w:after="40"/>
      </w:pPr>
      <w:r>
        <w:rPr>
          <w:b/>
          <w:color w:val="1F4E79"/>
        </w:rPr>
        <w:t>Physical state change:</w:t>
      </w:r>
    </w:p>
    <w:p>
      <w:pPr>
        <w:spacing w:after="100" w:line="259" w:lineRule="auto"/>
      </w:pPr>
      <w:r>
        <w:t>The tablet has transformed into a soft granular residue with no intact tablet structure. Detached material is visible below and around the support area.</w:t>
      </w:r>
    </w:p>
    <w:p>
      <w:pPr>
        <w:spacing w:before="80" w:after="40"/>
      </w:pPr>
      <w:r>
        <w:rPr>
          <w:b/>
          <w:color w:val="1F4E79"/>
        </w:rPr>
        <w:t>Dissolution medium:</w:t>
      </w:r>
    </w:p>
    <w:p>
      <w:pPr>
        <w:spacing w:after="100" w:line="259" w:lineRule="auto"/>
      </w:pPr>
      <w:r>
        <w:t>The medium contains scattered suspended particles and settled material. Local turbidity/particulate density is visible near the tablet, but the entire field is not uniformly cloudy.</w:t>
      </w:r>
    </w:p>
    <w:p>
      <w:pPr>
        <w:spacing w:before="80" w:after="40"/>
      </w:pPr>
      <w:r>
        <w:rPr>
          <w:b/>
          <w:color w:val="1F4E79"/>
        </w:rPr>
        <w:t>Fragment distribution with density:</w:t>
      </w:r>
    </w:p>
    <w:p>
      <w:pPr>
        <w:spacing w:after="100" w:line="259" w:lineRule="auto"/>
      </w:pPr>
      <w:r>
        <w:t>Fragments are distributed around the base and below the support line. A detached clump is visible below the main mass, indicating sedimentation of larger loosened fragments. Fine particles remain suspended in the surrounding medium.</w:t>
      </w:r>
    </w:p>
    <w:p>
      <w:pPr>
        <w:pStyle w:val="Heading2"/>
      </w:pPr>
      <w:r>
        <w:t>Group A Overall Disintegration Pattern</w:t>
      </w:r>
    </w:p>
    <w:p>
      <w:pPr>
        <w:spacing w:after="100" w:line="259" w:lineRule="auto"/>
      </w:pPr>
      <w:r>
        <w:t>Group A shows a rapid early structural failure. The tablet starts as a smooth, intact, white, round/biconvex tablet at 0 min. By 15 min, the outer white layer has largely opened or eroded, exposing a yellow inner region. From 15 to 60 min, the tablet progressively changes into a pale yellow-white, porous, powdery mound. The most obvious transformation is the loss of the original tablet shape, followed by surface roughening, granular particle release, and gradual reduction of the compact core.</w:t>
      </w:r>
    </w:p>
    <w:p>
      <w:pPr>
        <w:spacing w:after="100" w:line="259" w:lineRule="auto"/>
      </w:pPr>
      <w:r>
        <w:t>The key size-and-shape pattern is:</w:t>
      </w:r>
    </w:p>
    <w:p>
      <w:pPr>
        <w:pStyle w:val="ListBullet"/>
        <w:spacing w:after="60"/>
      </w:pPr>
      <w:r>
        <w:t>0 min: intact, thick, sharply contoured tablet.</w:t>
      </w:r>
    </w:p>
    <w:p>
      <w:pPr>
        <w:pStyle w:val="ListBullet"/>
        <w:spacing w:after="60"/>
      </w:pPr>
      <w:r>
        <w:t>15 min: swollen/loosened irregular mound, yellow core exposed.</w:t>
      </w:r>
    </w:p>
    <w:p>
      <w:pPr>
        <w:pStyle w:val="ListBullet"/>
        <w:spacing w:after="60"/>
      </w:pPr>
      <w:r>
        <w:t>30 min: ragged granular mass, original outline absent.</w:t>
      </w:r>
    </w:p>
    <w:p>
      <w:pPr>
        <w:pStyle w:val="ListBullet"/>
        <w:spacing w:after="60"/>
      </w:pPr>
      <w:r>
        <w:t>45 min: smaller, weaker, partially collapsed aggregate.</w:t>
      </w:r>
    </w:p>
    <w:p>
      <w:pPr>
        <w:pStyle w:val="ListBullet"/>
        <w:spacing w:after="60"/>
      </w:pPr>
      <w:r>
        <w:t>60 min: reduced powdery residue with detached sedimented fragments.</w:t>
      </w:r>
    </w:p>
    <w:p>
      <w:pPr>
        <w:spacing w:after="100" w:line="259" w:lineRule="auto"/>
      </w:pPr>
      <w:r>
        <w:t>At this stage, it is not yet possible to determine whether Group A and Group B are the same drug/formulation until Group B's five images are examined.</w:t>
      </w:r>
    </w:p>
    <w:p>
      <w:pPr>
        <w:pStyle w:val="Heading1"/>
      </w:pPr>
      <w:r>
        <w:t>3. Group B Upload and Image Analysis</w:t>
      </w:r>
    </w:p>
    <w:p>
      <w:pPr>
        <w:pStyle w:val="SpeakerLabel"/>
      </w:pPr>
      <w:r>
        <w:t>User</w:t>
      </w:r>
    </w:p>
    <w:p>
      <w:pPr>
        <w:spacing w:after="100" w:line="259" w:lineRule="auto"/>
      </w:pPr>
      <w:r>
        <w:t>When you describe the drug, I hope you can make sure your description in English is accurate, think carefully, and reduce the occurrence of hallucinations. Each picture is taken 15 minutes apart. This is the Group B picture set.</w:t>
      </w:r>
    </w:p>
    <w:p>
      <w:r>
        <w:br w:type="page"/>
      </w:r>
    </w:p>
    <w:p>
      <w:pPr>
        <w:pStyle w:val="Heading2"/>
      </w:pPr>
      <w:r>
        <w:t>Group B Uploaded Images</w:t>
      </w:r>
    </w:p>
    <w:tbl>
      <w:tblPr>
        <w:tblW w:type="auto" w:w="0"/>
        <w:jc w:val="center"/>
        <w:tblLayout w:type="fixed"/>
        <w:tblLook w:firstColumn="1" w:firstRow="1" w:lastColumn="0" w:lastRow="0" w:noHBand="0" w:noVBand="1" w:val="04A0"/>
      </w:tblPr>
      <w:tblGrid>
        <w:gridCol w:w="5040"/>
        <w:gridCol w:w="5040"/>
      </w:tblGrid>
      <w:tr>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2834640" cy="1594485"/>
                          </a:xfrm>
                          <a:prstGeom prst="rect"/>
                        </pic:spPr>
                      </pic:pic>
                    </a:graphicData>
                  </a:graphic>
                </wp:inline>
              </w:drawing>
            </w:r>
          </w:p>
          <w:p>
            <w:pPr>
              <w:pStyle w:val="SmallCaption"/>
              <w:jc w:val="center"/>
            </w:pPr>
            <w:r>
              <w:t>Group B, 0 min</w:t>
            </w:r>
          </w:p>
        </w:tc>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2834640" cy="1594485"/>
                          </a:xfrm>
                          <a:prstGeom prst="rect"/>
                        </pic:spPr>
                      </pic:pic>
                    </a:graphicData>
                  </a:graphic>
                </wp:inline>
              </w:drawing>
            </w:r>
          </w:p>
          <w:p>
            <w:pPr>
              <w:pStyle w:val="SmallCaption"/>
              <w:jc w:val="center"/>
            </w:pPr>
            <w:r>
              <w:t>Group B, 15 min</w:t>
            </w:r>
          </w:p>
        </w:tc>
      </w:tr>
      <w:tr>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2834640" cy="1594485"/>
                          </a:xfrm>
                          <a:prstGeom prst="rect"/>
                        </pic:spPr>
                      </pic:pic>
                    </a:graphicData>
                  </a:graphic>
                </wp:inline>
              </w:drawing>
            </w:r>
          </w:p>
          <w:p>
            <w:pPr>
              <w:pStyle w:val="SmallCaption"/>
              <w:jc w:val="center"/>
            </w:pPr>
            <w:r>
              <w:t>Group B, 30 min</w:t>
            </w:r>
          </w:p>
        </w:tc>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2834640" cy="1594485"/>
                          </a:xfrm>
                          <a:prstGeom prst="rect"/>
                        </pic:spPr>
                      </pic:pic>
                    </a:graphicData>
                  </a:graphic>
                </wp:inline>
              </w:drawing>
            </w:r>
          </w:p>
          <w:p>
            <w:pPr>
              <w:pStyle w:val="SmallCaption"/>
              <w:jc w:val="center"/>
            </w:pPr>
            <w:r>
              <w:t>Group B, 45 min</w:t>
            </w:r>
          </w:p>
        </w:tc>
      </w:tr>
      <w:tr>
        <w:tc>
          <w:tcPr>
            <w:tcW w:type="dxa" w:w="4608"/>
            <w:vAlign w:val="center"/>
            <w:tcMar>
              <w:top w:w="40" w:type="dxa"/>
              <w:start w:w="40" w:type="dxa"/>
              <w:bottom w:w="40" w:type="dxa"/>
              <w:end w:w="40" w:type="dxa"/>
            </w:tcMar>
          </w:tcPr>
          <w:p>
            <w:pPr>
              <w:jc w:val="center"/>
            </w:pPr>
            <w:r>
              <w:drawing>
                <wp:inline xmlns:a="http://schemas.openxmlformats.org/drawingml/2006/main" xmlns:pic="http://schemas.openxmlformats.org/drawingml/2006/picture">
                  <wp:extent cx="2834640" cy="1594485"/>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2834640" cy="1594485"/>
                          </a:xfrm>
                          <a:prstGeom prst="rect"/>
                        </pic:spPr>
                      </pic:pic>
                    </a:graphicData>
                  </a:graphic>
                </wp:inline>
              </w:drawing>
            </w:r>
          </w:p>
          <w:p>
            <w:pPr>
              <w:pStyle w:val="SmallCaption"/>
              <w:jc w:val="center"/>
            </w:pPr>
            <w:r>
              <w:t>Group B, 60 min</w:t>
            </w:r>
          </w:p>
        </w:tc>
        <w:tc>
          <w:tcPr>
            <w:tcW w:type="dxa" w:w="4608"/>
            <w:vAlign w:val="center"/>
            <w:tcMar>
              <w:top w:w="40" w:type="dxa"/>
              <w:start w:w="40" w:type="dxa"/>
              <w:bottom w:w="40" w:type="dxa"/>
              <w:end w:w="40" w:type="dxa"/>
            </w:tcMar>
          </w:tcPr>
          <w:p>
            <w:pPr>
              <w:jc w:val="center"/>
            </w:pPr>
            <w:r>
              <w:t xml:space="preserve"> </w:t>
            </w:r>
          </w:p>
        </w:tc>
      </w:tr>
    </w:tbl>
    <w:p/>
    <w:p>
      <w:pPr>
        <w:pStyle w:val="SpeakerLabel"/>
      </w:pPr>
      <w:r>
        <w:t>Assistant</w:t>
      </w:r>
    </w:p>
    <w:p>
      <w:pPr>
        <w:spacing w:after="100" w:line="259" w:lineRule="auto"/>
      </w:pPr>
      <w:r>
        <w:t>I will describe only what is visible in the images. I cannot chemically verify the tablet identity from images alone, so the final conclusion is based on visual disintegration behavior, not laboratory confirmation. The description follows the eight-dimension disintegration framework from the Knowledge Base: color, shape, surface texture, volume, dissolution speed/time, physical state, medium, and fragment distribution.</w:t>
      </w:r>
    </w:p>
    <w:p>
      <w:pPr>
        <w:pStyle w:val="Heading2"/>
      </w:pPr>
      <w:r>
        <w:t>Group B: 0 to 60 min</w:t>
      </w:r>
    </w:p>
    <w:p>
      <w:pPr>
        <w:pStyle w:val="Heading3"/>
      </w:pPr>
      <w:r>
        <w:t>Image 1: 0 min</w:t>
      </w:r>
    </w:p>
    <w:p>
      <w:pPr>
        <w:spacing w:before="80" w:after="40"/>
      </w:pPr>
      <w:r>
        <w:rPr>
          <w:b/>
          <w:color w:val="1F4E79"/>
        </w:rPr>
        <w:t>Color change:</w:t>
      </w:r>
    </w:p>
    <w:p>
      <w:pPr>
        <w:spacing w:after="100" w:line="259" w:lineRule="auto"/>
      </w:pPr>
      <w:r>
        <w:t>The tablet is uniformly white to off-white. No yellow inner material is exposed yet. The surrounding medium appears visually clear and dark, without obvious cloudiness.</w:t>
      </w:r>
    </w:p>
    <w:p>
      <w:pPr>
        <w:spacing w:before="80" w:after="40"/>
      </w:pPr>
      <w:r>
        <w:rPr>
          <w:b/>
          <w:color w:val="1F4E79"/>
        </w:rPr>
        <w:t>Shape change:</w:t>
      </w:r>
    </w:p>
    <w:p>
      <w:pPr>
        <w:spacing w:after="100" w:line="259" w:lineRule="auto"/>
      </w:pPr>
      <w:r>
        <w:t>The tablet is intact and has a round, short cylindrical shape with a flat side wall and slightly rounded edges. Compared with Group A at 0 min, this tablet appears more horizontally stable and less tilted.</w:t>
      </w:r>
    </w:p>
    <w:p>
      <w:pPr>
        <w:spacing w:before="80" w:after="40"/>
      </w:pPr>
      <w:r>
        <w:rPr>
          <w:b/>
          <w:color w:val="1F4E79"/>
        </w:rPr>
        <w:t>Surface texture change:</w:t>
      </w:r>
    </w:p>
    <w:p>
      <w:pPr>
        <w:spacing w:after="100" w:line="259" w:lineRule="auto"/>
      </w:pPr>
      <w:r>
        <w:t>The surface looks mostly compact and smooth, with slight fine roughness on the side wall. A small bubble or droplet is attached near the right upper edge, but no clear crack or erosion is visible.</w:t>
      </w:r>
    </w:p>
    <w:p>
      <w:pPr>
        <w:spacing w:before="80" w:after="40"/>
      </w:pPr>
      <w:r>
        <w:rPr>
          <w:b/>
          <w:color w:val="1F4E79"/>
        </w:rPr>
        <w:t>Volume change:</w:t>
      </w:r>
    </w:p>
    <w:p>
      <w:pPr>
        <w:spacing w:after="100" w:line="259" w:lineRule="auto"/>
      </w:pPr>
      <w:r>
        <w:t>This is the baseline size. The tablet keeps its full diameter and thickness.</w:t>
      </w:r>
    </w:p>
    <w:p>
      <w:pPr>
        <w:spacing w:before="80" w:after="40"/>
      </w:pPr>
      <w:r>
        <w:rPr>
          <w:b/>
          <w:color w:val="1F4E79"/>
        </w:rPr>
        <w:t>Dissolution speed and time:</w:t>
      </w:r>
    </w:p>
    <w:p>
      <w:pPr>
        <w:spacing w:after="100" w:line="259" w:lineRule="auto"/>
      </w:pPr>
      <w:r>
        <w:t>No visible disintegration has occurred at 0 min.</w:t>
      </w:r>
    </w:p>
    <w:p>
      <w:pPr>
        <w:spacing w:before="80" w:after="40"/>
      </w:pPr>
      <w:r>
        <w:rPr>
          <w:b/>
          <w:color w:val="1F4E79"/>
        </w:rPr>
        <w:t>Physical state change:</w:t>
      </w:r>
    </w:p>
    <w:p>
      <w:pPr>
        <w:spacing w:after="100" w:line="259" w:lineRule="auto"/>
      </w:pPr>
      <w:r>
        <w:t>The tablet remains a solid, coherent body. No swelling, collapse, or particle release is visible.</w:t>
      </w:r>
    </w:p>
    <w:p>
      <w:pPr>
        <w:spacing w:before="80" w:after="40"/>
      </w:pPr>
      <w:r>
        <w:rPr>
          <w:b/>
          <w:color w:val="1F4E79"/>
        </w:rPr>
        <w:t>Dissolution medium:</w:t>
      </w:r>
    </w:p>
    <w:p>
      <w:pPr>
        <w:spacing w:after="100" w:line="259" w:lineRule="auto"/>
      </w:pPr>
      <w:r>
        <w:t>The medium appears clear. Its chemical composition, pH, or viscosity cannot be determined from the image.</w:t>
      </w:r>
    </w:p>
    <w:p>
      <w:pPr>
        <w:spacing w:before="80" w:after="40"/>
      </w:pPr>
      <w:r>
        <w:rPr>
          <w:b/>
          <w:color w:val="1F4E79"/>
        </w:rPr>
        <w:t>Fragment distribution with density:</w:t>
      </w:r>
    </w:p>
    <w:p>
      <w:pPr>
        <w:spacing w:after="100" w:line="259" w:lineRule="auto"/>
      </w:pPr>
      <w:r>
        <w:t>No visible tablet fragments are present around the tablet.</w:t>
      </w:r>
    </w:p>
    <w:p>
      <w:pPr>
        <w:pStyle w:val="Heading3"/>
      </w:pPr>
      <w:r>
        <w:t>Image 2: 15 min</w:t>
      </w:r>
    </w:p>
    <w:p>
      <w:pPr>
        <w:spacing w:before="80" w:after="40"/>
      </w:pPr>
      <w:r>
        <w:rPr>
          <w:b/>
          <w:color w:val="1F4E79"/>
        </w:rPr>
        <w:t>Color change:</w:t>
      </w:r>
    </w:p>
    <w:p>
      <w:pPr>
        <w:spacing w:after="100" w:line="259" w:lineRule="auto"/>
      </w:pPr>
      <w:r>
        <w:t>A yellow inner region is clearly exposed. The tablet changes from a white intact body to a yellow-white disintegrating mass. The yellow area is strongest in the central part, while white material remains around the lower and outer regions.</w:t>
      </w:r>
    </w:p>
    <w:p>
      <w:pPr>
        <w:spacing w:before="80" w:after="40"/>
      </w:pPr>
      <w:r>
        <w:rPr>
          <w:b/>
          <w:color w:val="1F4E79"/>
        </w:rPr>
        <w:t>Shape change:</w:t>
      </w:r>
    </w:p>
    <w:p>
      <w:pPr>
        <w:spacing w:after="100" w:line="259" w:lineRule="auto"/>
      </w:pPr>
      <w:r>
        <w:t>The original cylindrical tablet outline is mostly lost, but the mass still has a relatively broad, block-like mound shape. The top and sides are irregular, and the edge is no longer sharply defined.</w:t>
      </w:r>
    </w:p>
    <w:p>
      <w:pPr>
        <w:spacing w:before="80" w:after="40"/>
      </w:pPr>
      <w:r>
        <w:rPr>
          <w:b/>
          <w:color w:val="1F4E79"/>
        </w:rPr>
        <w:t>Surface texture change:</w:t>
      </w:r>
    </w:p>
    <w:p>
      <w:pPr>
        <w:spacing w:after="100" w:line="259" w:lineRule="auto"/>
      </w:pPr>
      <w:r>
        <w:t>The surface becomes porous, fluffy, granular, and powder-like. Fine white particles cover the outer surface, and small loose fragments appear above and around the tablet.</w:t>
      </w:r>
    </w:p>
    <w:p>
      <w:pPr>
        <w:spacing w:before="80" w:after="40"/>
      </w:pPr>
      <w:r>
        <w:rPr>
          <w:b/>
          <w:color w:val="1F4E79"/>
        </w:rPr>
        <w:t>Volume change:</w:t>
      </w:r>
    </w:p>
    <w:p>
      <w:pPr>
        <w:spacing w:after="100" w:line="259" w:lineRule="auto"/>
      </w:pPr>
      <w:r>
        <w:t>The apparent volume looks expanded because the tablet has swollen and loosened into a porous mass. However, the original compact tablet structure has already weakened substantially.</w:t>
      </w:r>
    </w:p>
    <w:p>
      <w:pPr>
        <w:spacing w:before="80" w:after="40"/>
      </w:pPr>
      <w:r>
        <w:rPr>
          <w:b/>
          <w:color w:val="1F4E79"/>
        </w:rPr>
        <w:t>Dissolution speed and time:</w:t>
      </w:r>
    </w:p>
    <w:p>
      <w:pPr>
        <w:spacing w:after="100" w:line="259" w:lineRule="auto"/>
      </w:pPr>
      <w:r>
        <w:t>The major structural change occurs between 0 and 15 min. This indicates rapid early penetration and disintegration, especially through exposure of the yellow inner material.</w:t>
      </w:r>
    </w:p>
    <w:p>
      <w:pPr>
        <w:spacing w:before="80" w:after="40"/>
      </w:pPr>
      <w:r>
        <w:rPr>
          <w:b/>
          <w:color w:val="1F4E79"/>
        </w:rPr>
        <w:t>Physical state change:</w:t>
      </w:r>
    </w:p>
    <w:p>
      <w:pPr>
        <w:spacing w:after="100" w:line="259" w:lineRule="auto"/>
      </w:pPr>
      <w:r>
        <w:t>The tablet changes from a hard solid into a softened, wet, partially collapsed aggregate. The core is no longer protected by a smooth outer surface.</w:t>
      </w:r>
    </w:p>
    <w:p>
      <w:pPr>
        <w:spacing w:before="80" w:after="40"/>
      </w:pPr>
      <w:r>
        <w:rPr>
          <w:b/>
          <w:color w:val="1F4E79"/>
        </w:rPr>
        <w:t>Dissolution medium:</w:t>
      </w:r>
    </w:p>
    <w:p>
      <w:pPr>
        <w:spacing w:after="100" w:line="259" w:lineRule="auto"/>
      </w:pPr>
      <w:r>
        <w:t>The surrounding medium contains scattered small particles. Local particle suspension is visible near the tablet, but the whole field is not uniformly cloudy.</w:t>
      </w:r>
    </w:p>
    <w:p>
      <w:pPr>
        <w:spacing w:before="80" w:after="40"/>
      </w:pPr>
      <w:r>
        <w:rPr>
          <w:b/>
          <w:color w:val="1F4E79"/>
        </w:rPr>
        <w:t>Fragment distribution with density:</w:t>
      </w:r>
    </w:p>
    <w:p>
      <w:pPr>
        <w:spacing w:after="100" w:line="259" w:lineRule="auto"/>
      </w:pPr>
      <w:r>
        <w:t>Fragments are densest around the base and sides of the tablet. A few small particles are suspended upward, while heavier material remains near the support surface.</w:t>
      </w:r>
    </w:p>
    <w:p>
      <w:pPr>
        <w:pStyle w:val="Heading3"/>
      </w:pPr>
      <w:r>
        <w:t>Image 3: 30 min</w:t>
      </w:r>
    </w:p>
    <w:p>
      <w:pPr>
        <w:spacing w:before="80" w:after="40"/>
      </w:pPr>
      <w:r>
        <w:rPr>
          <w:b/>
          <w:color w:val="1F4E79"/>
        </w:rPr>
        <w:t>Color change:</w:t>
      </w:r>
    </w:p>
    <w:p>
      <w:pPr>
        <w:spacing w:after="100" w:line="259" w:lineRule="auto"/>
      </w:pPr>
      <w:r>
        <w:t>The yellow color remains visible but is partly covered by white/off-white particulate material. The mass appears pale yellow-white overall.</w:t>
      </w:r>
    </w:p>
    <w:p>
      <w:pPr>
        <w:spacing w:before="80" w:after="40"/>
      </w:pPr>
      <w:r>
        <w:rPr>
          <w:b/>
          <w:color w:val="1F4E79"/>
        </w:rPr>
        <w:t>Shape change:</w:t>
      </w:r>
    </w:p>
    <w:p>
      <w:pPr>
        <w:spacing w:after="100" w:line="259" w:lineRule="auto"/>
      </w:pPr>
      <w:r>
        <w:t>The tablet has become a rounded, irregular mound. The original cylindrical form is no longer recognizable. The upper contour is uneven, with several small protrusions and crumbly areas.</w:t>
      </w:r>
    </w:p>
    <w:p>
      <w:pPr>
        <w:spacing w:before="80" w:after="40"/>
      </w:pPr>
      <w:r>
        <w:rPr>
          <w:b/>
          <w:color w:val="1F4E79"/>
        </w:rPr>
        <w:t>Surface texture change:</w:t>
      </w:r>
    </w:p>
    <w:p>
      <w:pPr>
        <w:spacing w:after="100" w:line="259" w:lineRule="auto"/>
      </w:pPr>
      <w:r>
        <w:t>The surface is strongly rough, porous, and granular. Fine particles and flaky material are visible along the upper edge and sides.</w:t>
      </w:r>
    </w:p>
    <w:p>
      <w:pPr>
        <w:spacing w:before="80" w:after="40"/>
      </w:pPr>
      <w:r>
        <w:rPr>
          <w:b/>
          <w:color w:val="1F4E79"/>
        </w:rPr>
        <w:t>Volume change:</w:t>
      </w:r>
    </w:p>
    <w:p>
      <w:pPr>
        <w:spacing w:after="100" w:line="259" w:lineRule="auto"/>
      </w:pPr>
      <w:r>
        <w:t>Compared with 15 min, the mass appears slightly more rounded and less block-like. The compact body is reduced, although fluffy surface material still makes the mound look relatively large.</w:t>
      </w:r>
    </w:p>
    <w:p>
      <w:pPr>
        <w:spacing w:before="80" w:after="40"/>
      </w:pPr>
      <w:r>
        <w:rPr>
          <w:b/>
          <w:color w:val="1F4E79"/>
        </w:rPr>
        <w:t>Dissolution speed and time:</w:t>
      </w:r>
    </w:p>
    <w:p>
      <w:pPr>
        <w:spacing w:after="100" w:line="259" w:lineRule="auto"/>
      </w:pPr>
      <w:r>
        <w:t>Disintegration continues, but the rate appears slower than the first 15 minutes. The process is now mainly surface erosion, powder shedding, and gradual collapse.</w:t>
      </w:r>
    </w:p>
    <w:p>
      <w:pPr>
        <w:spacing w:before="80" w:after="40"/>
      </w:pPr>
      <w:r>
        <w:rPr>
          <w:b/>
          <w:color w:val="1F4E79"/>
        </w:rPr>
        <w:t>Physical state change:</w:t>
      </w:r>
    </w:p>
    <w:p>
      <w:pPr>
        <w:spacing w:after="100" w:line="259" w:lineRule="auto"/>
      </w:pPr>
      <w:r>
        <w:t>The tablet is now a soft, semi-coherent powder aggregate. The internal structure appears weakened, but a central mound remains.</w:t>
      </w:r>
    </w:p>
    <w:p>
      <w:pPr>
        <w:spacing w:before="80" w:after="40"/>
      </w:pPr>
      <w:r>
        <w:rPr>
          <w:b/>
          <w:color w:val="1F4E79"/>
        </w:rPr>
        <w:t>Dissolution medium:</w:t>
      </w:r>
    </w:p>
    <w:p>
      <w:pPr>
        <w:spacing w:after="100" w:line="259" w:lineRule="auto"/>
      </w:pPr>
      <w:r>
        <w:t>Fine suspended particles are visible around the tablet. Turbidity is local rather than uniform.</w:t>
      </w:r>
    </w:p>
    <w:p>
      <w:pPr>
        <w:spacing w:before="80" w:after="40"/>
      </w:pPr>
      <w:r>
        <w:rPr>
          <w:b/>
          <w:color w:val="1F4E79"/>
        </w:rPr>
        <w:t>Fragment distribution with density:</w:t>
      </w:r>
    </w:p>
    <w:p>
      <w:pPr>
        <w:spacing w:after="100" w:line="259" w:lineRule="auto"/>
      </w:pPr>
      <w:r>
        <w:t>Particle density is highest close to the tablet and along the base. Some light fragments are suspended above the tablet, while denser fragments settle near the support surface.</w:t>
      </w:r>
    </w:p>
    <w:p>
      <w:pPr>
        <w:pStyle w:val="Heading3"/>
      </w:pPr>
      <w:r>
        <w:t>Image 4: 45 min</w:t>
      </w:r>
    </w:p>
    <w:p>
      <w:pPr>
        <w:spacing w:before="80" w:after="40"/>
      </w:pPr>
      <w:r>
        <w:rPr>
          <w:b/>
          <w:color w:val="1F4E79"/>
        </w:rPr>
        <w:t>Color change:</w:t>
      </w:r>
    </w:p>
    <w:p>
      <w:pPr>
        <w:spacing w:after="100" w:line="259" w:lineRule="auto"/>
      </w:pPr>
      <w:r>
        <w:t>The yellow region becomes paler and less dominant. The mass is mostly off-white with faint yellow areas near the upper central region.</w:t>
      </w:r>
    </w:p>
    <w:p>
      <w:pPr>
        <w:spacing w:before="80" w:after="40"/>
      </w:pPr>
      <w:r>
        <w:rPr>
          <w:b/>
          <w:color w:val="1F4E79"/>
        </w:rPr>
        <w:t>Shape change:</w:t>
      </w:r>
    </w:p>
    <w:p>
      <w:pPr>
        <w:spacing w:after="100" w:line="259" w:lineRule="auto"/>
      </w:pPr>
      <w:r>
        <w:t>The mound becomes lower and more flattened than at 30 min. The top remains irregular, with small powdery peaks, but the overall profile is gradually collapsing.</w:t>
      </w:r>
    </w:p>
    <w:p>
      <w:pPr>
        <w:spacing w:before="80" w:after="40"/>
      </w:pPr>
      <w:r>
        <w:rPr>
          <w:b/>
          <w:color w:val="1F4E79"/>
        </w:rPr>
        <w:t>Surface texture change:</w:t>
      </w:r>
    </w:p>
    <w:p>
      <w:pPr>
        <w:spacing w:after="100" w:line="259" w:lineRule="auto"/>
      </w:pPr>
      <w:r>
        <w:t>The surface remains fluffy and porous, but the edges look more eroded. The outer material appears loose and fragile.</w:t>
      </w:r>
    </w:p>
    <w:p>
      <w:pPr>
        <w:spacing w:before="80" w:after="40"/>
      </w:pPr>
      <w:r>
        <w:rPr>
          <w:b/>
          <w:color w:val="1F4E79"/>
        </w:rPr>
        <w:t>Volume change:</w:t>
      </w:r>
    </w:p>
    <w:p>
      <w:pPr>
        <w:spacing w:after="100" w:line="259" w:lineRule="auto"/>
      </w:pPr>
      <w:r>
        <w:t>The visible mound is reduced in height. The tablet residue spreads slightly along the base while losing vertical structure.</w:t>
      </w:r>
    </w:p>
    <w:p>
      <w:pPr>
        <w:spacing w:before="80" w:after="40"/>
      </w:pPr>
      <w:r>
        <w:rPr>
          <w:b/>
          <w:color w:val="1F4E79"/>
        </w:rPr>
        <w:t>Dissolution speed and time:</w:t>
      </w:r>
    </w:p>
    <w:p>
      <w:pPr>
        <w:spacing w:after="100" w:line="259" w:lineRule="auto"/>
      </w:pPr>
      <w:r>
        <w:t>From 30 to 45 min, the process is gradual. There is no sudden break; instead, the remaining mass slowly erodes and settles.</w:t>
      </w:r>
    </w:p>
    <w:p>
      <w:pPr>
        <w:spacing w:before="80" w:after="40"/>
      </w:pPr>
      <w:r>
        <w:rPr>
          <w:b/>
          <w:color w:val="1F4E79"/>
        </w:rPr>
        <w:t>Physical state change:</w:t>
      </w:r>
    </w:p>
    <w:p>
      <w:pPr>
        <w:spacing w:after="100" w:line="259" w:lineRule="auto"/>
      </w:pPr>
      <w:r>
        <w:t>The tablet is mainly a weak, hydrated, powdery residue. The original hard tablet state is completely absent.</w:t>
      </w:r>
    </w:p>
    <w:p>
      <w:pPr>
        <w:spacing w:before="80" w:after="40"/>
      </w:pPr>
      <w:r>
        <w:rPr>
          <w:b/>
          <w:color w:val="1F4E79"/>
        </w:rPr>
        <w:t>Dissolution medium:</w:t>
      </w:r>
    </w:p>
    <w:p>
      <w:pPr>
        <w:spacing w:after="100" w:line="259" w:lineRule="auto"/>
      </w:pPr>
      <w:r>
        <w:t>Scattered particles remain visible in the medium. The area near the base contains more settled material than the upper region.</w:t>
      </w:r>
    </w:p>
    <w:p>
      <w:pPr>
        <w:spacing w:before="80" w:after="40"/>
      </w:pPr>
      <w:r>
        <w:rPr>
          <w:b/>
          <w:color w:val="1F4E79"/>
        </w:rPr>
        <w:t>Fragment distribution with density:</w:t>
      </w:r>
    </w:p>
    <w:p>
      <w:pPr>
        <w:spacing w:after="100" w:line="259" w:lineRule="auto"/>
      </w:pPr>
      <w:r>
        <w:t>Fragment density is greatest around the lower edge and underneath the main mound. Fine particles remain suspended, while heavier fragments accumulate near the support line.</w:t>
      </w:r>
    </w:p>
    <w:p>
      <w:pPr>
        <w:pStyle w:val="Heading3"/>
      </w:pPr>
      <w:r>
        <w:t>Image 5: 60 min</w:t>
      </w:r>
    </w:p>
    <w:p>
      <w:pPr>
        <w:spacing w:before="80" w:after="40"/>
      </w:pPr>
      <w:r>
        <w:rPr>
          <w:b/>
          <w:color w:val="1F4E79"/>
        </w:rPr>
        <w:t>Color change:</w:t>
      </w:r>
    </w:p>
    <w:p>
      <w:pPr>
        <w:spacing w:after="100" w:line="259" w:lineRule="auto"/>
      </w:pPr>
      <w:r>
        <w:t>The mass is now mostly white to off-white, with only faint yellow remaining in the center. The yellow color is less intense than at 15 and 30 min.</w:t>
      </w:r>
    </w:p>
    <w:p>
      <w:pPr>
        <w:spacing w:before="80" w:after="40"/>
      </w:pPr>
      <w:r>
        <w:rPr>
          <w:b/>
          <w:color w:val="1F4E79"/>
        </w:rPr>
        <w:t>Shape change:</w:t>
      </w:r>
    </w:p>
    <w:p>
      <w:pPr>
        <w:spacing w:after="100" w:line="259" w:lineRule="auto"/>
      </w:pPr>
      <w:r>
        <w:t>Only a low, irregular mound remains. The original tablet shape is completely gone.</w:t>
      </w:r>
    </w:p>
    <w:p>
      <w:pPr>
        <w:spacing w:before="80" w:after="40"/>
      </w:pPr>
      <w:r>
        <w:rPr>
          <w:b/>
          <w:color w:val="1F4E79"/>
        </w:rPr>
        <w:t>Surface texture change:</w:t>
      </w:r>
    </w:p>
    <w:p>
      <w:pPr>
        <w:spacing w:after="100" w:line="259" w:lineRule="auto"/>
      </w:pPr>
      <w:r>
        <w:t>The residue has a fine, fluffy, powder-like texture. The edges are loose and indistinct.</w:t>
      </w:r>
    </w:p>
    <w:p>
      <w:pPr>
        <w:spacing w:before="80" w:after="40"/>
      </w:pPr>
      <w:r>
        <w:rPr>
          <w:b/>
          <w:color w:val="1F4E79"/>
        </w:rPr>
        <w:t>Volume change:</w:t>
      </w:r>
    </w:p>
    <w:p>
      <w:pPr>
        <w:spacing w:after="100" w:line="259" w:lineRule="auto"/>
      </w:pPr>
      <w:r>
        <w:t>The remaining body is smaller and lower than earlier time points. The compact central material has continued to decrease.</w:t>
      </w:r>
    </w:p>
    <w:p>
      <w:pPr>
        <w:spacing w:before="80" w:after="40"/>
      </w:pPr>
      <w:r>
        <w:rPr>
          <w:b/>
          <w:color w:val="1F4E79"/>
        </w:rPr>
        <w:t>Dissolution speed and time:</w:t>
      </w:r>
    </w:p>
    <w:p>
      <w:pPr>
        <w:spacing w:after="100" w:line="259" w:lineRule="auto"/>
      </w:pPr>
      <w:r>
        <w:t>By 60 min, the tablet is in a late disintegration stage. The remaining material dissolves or disperses slowly.</w:t>
      </w:r>
    </w:p>
    <w:p>
      <w:pPr>
        <w:spacing w:before="80" w:after="40"/>
      </w:pPr>
      <w:r>
        <w:rPr>
          <w:b/>
          <w:color w:val="1F4E79"/>
        </w:rPr>
        <w:t>Physical state change:</w:t>
      </w:r>
    </w:p>
    <w:p>
      <w:pPr>
        <w:spacing w:after="100" w:line="259" w:lineRule="auto"/>
      </w:pPr>
      <w:r>
        <w:t>The tablet has transformed into a soft granular residue with no intact core visible.</w:t>
      </w:r>
    </w:p>
    <w:p>
      <w:pPr>
        <w:spacing w:before="80" w:after="40"/>
      </w:pPr>
      <w:r>
        <w:rPr>
          <w:b/>
          <w:color w:val="1F4E79"/>
        </w:rPr>
        <w:t>Dissolution medium:</w:t>
      </w:r>
    </w:p>
    <w:p>
      <w:pPr>
        <w:spacing w:after="100" w:line="259" w:lineRule="auto"/>
      </w:pPr>
      <w:r>
        <w:t>Small suspended particles and settled fragments are visible, especially below and around the support surface.</w:t>
      </w:r>
    </w:p>
    <w:p>
      <w:pPr>
        <w:spacing w:before="80" w:after="40"/>
      </w:pPr>
      <w:r>
        <w:rPr>
          <w:b/>
          <w:color w:val="1F4E79"/>
        </w:rPr>
        <w:t>Fragment distribution with density:</w:t>
      </w:r>
    </w:p>
    <w:p>
      <w:pPr>
        <w:spacing w:after="100" w:line="259" w:lineRule="auto"/>
      </w:pPr>
      <w:r>
        <w:t>Fragments are distributed around the main residue and underneath the support line. The densest material is near the base, while finer particles are dispersed in the surrounding medium.</w:t>
      </w:r>
    </w:p>
    <w:p>
      <w:pPr>
        <w:pStyle w:val="Heading2"/>
      </w:pPr>
      <w:r>
        <w:t>Group B Overall Disintegration Pattern</w:t>
      </w:r>
    </w:p>
    <w:p>
      <w:pPr>
        <w:spacing w:after="100" w:line="259" w:lineRule="auto"/>
      </w:pPr>
      <w:r>
        <w:t>Group B shows the following sequence:</w:t>
      </w:r>
    </w:p>
    <w:p>
      <w:pPr>
        <w:pStyle w:val="ListBullet"/>
        <w:spacing w:after="60"/>
      </w:pPr>
      <w:r>
        <w:t>0 min: intact white cylindrical tablet, smooth and compact.</w:t>
      </w:r>
    </w:p>
    <w:p>
      <w:pPr>
        <w:pStyle w:val="ListBullet"/>
        <w:spacing w:after="60"/>
      </w:pPr>
      <w:r>
        <w:t>15 min: rapid exposure of yellow inner material; tablet swells and becomes porous.</w:t>
      </w:r>
    </w:p>
    <w:p>
      <w:pPr>
        <w:pStyle w:val="ListBullet"/>
        <w:spacing w:after="60"/>
      </w:pPr>
      <w:r>
        <w:t>30 min: original shape disappears; irregular yellow-white granular mound forms.</w:t>
      </w:r>
    </w:p>
    <w:p>
      <w:pPr>
        <w:pStyle w:val="ListBullet"/>
        <w:spacing w:after="60"/>
      </w:pPr>
      <w:r>
        <w:t>45 min: mound becomes lower, paler, and more eroded.</w:t>
      </w:r>
    </w:p>
    <w:p>
      <w:pPr>
        <w:pStyle w:val="ListBullet"/>
        <w:spacing w:after="60"/>
      </w:pPr>
      <w:r>
        <w:t>60 min: small, low, powdery residue remains, with settled fragments near the base.</w:t>
      </w:r>
    </w:p>
    <w:p>
      <w:pPr>
        <w:spacing w:after="100" w:line="259" w:lineRule="auto"/>
      </w:pPr>
      <w:r>
        <w:t>The most important size-and-shape change is the transition from a short, intact cylindrical tablet to a swollen porous mound, then to a lower powdery residue.</w:t>
      </w:r>
    </w:p>
    <w:p>
      <w:pPr>
        <w:pStyle w:val="Heading2"/>
      </w:pPr>
      <w:r>
        <w:t>Initial Group A versus Group B Comparison</w:t>
      </w:r>
    </w:p>
    <w:p>
      <w:pPr>
        <w:spacing w:after="100" w:line="259" w:lineRule="auto"/>
      </w:pPr>
      <w:r>
        <w:t>The two groups show very similar disintegration behavior.</w:t>
      </w:r>
    </w:p>
    <w:p>
      <w:pPr>
        <w:spacing w:after="100" w:line="259" w:lineRule="auto"/>
      </w:pPr>
      <w:r>
        <w:t>Group A and Group B share the following features: initial white/off-white color; exposure of yellow inner material by 15 min; transformation from intact tablet to irregular mound; fluffy, porous, granular surface texture; early swelling/loosening followed by reduction; fine particles suspended around the tablet; heavier fragments settling near the base; and a low pale powdery residue at 60 min.</w:t>
      </w:r>
    </w:p>
    <w:p>
      <w:pPr>
        <w:spacing w:after="100" w:line="259" w:lineRule="auto"/>
      </w:pPr>
      <w:r>
        <w:t>There are some visible differences. At 0 min, Group A appears more tilted and slightly more biconvex, while Group B appears more horizontally positioned and more cylindrical. During later stages, Group B appears a little more symmetrical and dome-like, while Group A looks slightly more irregular and locally collapsed. These differences could result from tablet orientation, camera angle, hydration position, or minor batch/formulation variation.</w:t>
      </w:r>
    </w:p>
    <w:p>
      <w:pPr>
        <w:spacing w:after="100" w:line="259" w:lineRule="auto"/>
      </w:pPr>
      <w:r>
        <w:t>Based on the visible disintegration sequence, Group A and Group B are likely the same drug or a very similar formulation. The strongest evidence is that both groups show the same pattern: white intact tablet to yellow core exposure by 15 min to fluffy porous yellow-white mound to gradual collapse into pale powdery residue by 60 min.</w:t>
      </w:r>
    </w:p>
    <w:p>
      <w:pPr>
        <w:spacing w:after="100" w:line="259" w:lineRule="auto"/>
      </w:pPr>
      <w:r>
        <w:t>A safer conclusion is: likely the same drug/formulation, with small visual differences probably caused by tablet positioning, orientation, or minor disintegration variability.</w:t>
      </w:r>
    </w:p>
    <w:p>
      <w:pPr>
        <w:pStyle w:val="Heading1"/>
      </w:pPr>
      <w:r>
        <w:t>4. Final Comparative Request and Determination</w:t>
      </w:r>
    </w:p>
    <w:p>
      <w:pPr>
        <w:pStyle w:val="SpeakerLabel"/>
      </w:pPr>
      <w:r>
        <w:t>User</w:t>
      </w:r>
    </w:p>
    <w:p>
      <w:pPr>
        <w:spacing w:after="100" w:line="259" w:lineRule="auto"/>
      </w:pPr>
      <w:r>
        <w:t>Please compare Groups A and B based on their disintegration characteristics across the eight dimensions to determine if they are from the same drug or not, and explain why you think so.</w:t>
      </w:r>
    </w:p>
    <w:p>
      <w:pPr>
        <w:pStyle w:val="SpeakerLabel"/>
      </w:pPr>
      <w:r>
        <w:t>Assistant</w:t>
      </w:r>
    </w:p>
    <w:p>
      <w:pPr>
        <w:spacing w:after="100" w:line="259" w:lineRule="auto"/>
      </w:pPr>
      <w:r>
        <w:t>Using the eight-dimension disintegration framework, I would judge Group A and Group B as likely coming from the same drug or from very closely similar formulations. This is a visual disintegration-based judgment, not a chemical confirmation. The framework emphasizes comparing color, shape, surface texture, volume, dissolution speed/time, physical state, dissolution medium, and fragment distribution over the full time sequence.</w:t>
      </w:r>
    </w:p>
    <w:p>
      <w:r>
        <w:br w:type="page"/>
      </w:r>
    </w:p>
    <w:p>
      <w:pPr>
        <w:pStyle w:val="Heading2"/>
      </w:pPr>
      <w:r>
        <w:t>Eight-Dimension Comparison Table</w:t>
      </w:r>
    </w:p>
    <w:tbl>
      <w:tblPr>
        <w:tblStyle w:val="TableGrid"/>
        <w:tblW w:type="auto" w:w="0"/>
        <w:jc w:val="center"/>
        <w:tblLook w:firstColumn="1" w:firstRow="1" w:lastColumn="0" w:lastRow="0" w:noHBand="0" w:noVBand="1" w:val="04A0"/>
      </w:tblPr>
      <w:tblGrid>
        <w:gridCol w:w="2520"/>
        <w:gridCol w:w="2520"/>
        <w:gridCol w:w="2520"/>
        <w:gridCol w:w="2520"/>
      </w:tblGrid>
      <w:tr>
        <w:trPr>
          <w:tblHeader w:val="true"/>
        </w:trPr>
        <w:tc>
          <w:tcPr>
            <w:tcW w:type="dxa" w:w="1800"/>
            <w:shd w:fill="D9EAF7"/>
            <w:tcMar>
              <w:top w:w="60" w:type="dxa"/>
              <w:start w:w="60" w:type="dxa"/>
              <w:bottom w:w="60" w:type="dxa"/>
              <w:end w:w="60" w:type="dxa"/>
            </w:tcMar>
          </w:tcPr>
          <w:p>
            <w:r>
              <w:rPr>
                <w:b/>
                <w:sz w:val="16"/>
              </w:rPr>
              <w:t>Dimension</w:t>
            </w:r>
          </w:p>
        </w:tc>
        <w:tc>
          <w:tcPr>
            <w:tcW w:type="dxa" w:w="2880"/>
            <w:shd w:fill="D9EAF7"/>
            <w:tcMar>
              <w:top w:w="60" w:type="dxa"/>
              <w:start w:w="60" w:type="dxa"/>
              <w:bottom w:w="60" w:type="dxa"/>
              <w:end w:w="60" w:type="dxa"/>
            </w:tcMar>
          </w:tcPr>
          <w:p>
            <w:r>
              <w:rPr>
                <w:b/>
                <w:sz w:val="16"/>
              </w:rPr>
              <w:t>Group A</w:t>
            </w:r>
          </w:p>
        </w:tc>
        <w:tc>
          <w:tcPr>
            <w:tcW w:type="dxa" w:w="2880"/>
            <w:shd w:fill="D9EAF7"/>
            <w:tcMar>
              <w:top w:w="60" w:type="dxa"/>
              <w:start w:w="60" w:type="dxa"/>
              <w:bottom w:w="60" w:type="dxa"/>
              <w:end w:w="60" w:type="dxa"/>
            </w:tcMar>
          </w:tcPr>
          <w:p>
            <w:r>
              <w:rPr>
                <w:b/>
                <w:sz w:val="16"/>
              </w:rPr>
              <w:t>Group B</w:t>
            </w:r>
          </w:p>
        </w:tc>
        <w:tc>
          <w:tcPr>
            <w:tcW w:type="dxa" w:w="3168"/>
            <w:shd w:fill="D9EAF7"/>
            <w:tcMar>
              <w:top w:w="60" w:type="dxa"/>
              <w:start w:w="60" w:type="dxa"/>
              <w:bottom w:w="60" w:type="dxa"/>
              <w:end w:w="60" w:type="dxa"/>
            </w:tcMar>
          </w:tcPr>
          <w:p>
            <w:r>
              <w:rPr>
                <w:b/>
                <w:sz w:val="16"/>
              </w:rPr>
              <w:t>Comparison</w:t>
            </w:r>
          </w:p>
        </w:tc>
      </w:tr>
      <w:tr>
        <w:tc>
          <w:tcPr>
            <w:tcW w:type="dxa" w:w="2520"/>
            <w:tcMar>
              <w:top w:w="60" w:type="dxa"/>
              <w:start w:w="60" w:type="dxa"/>
              <w:bottom w:w="60" w:type="dxa"/>
              <w:end w:w="60" w:type="dxa"/>
            </w:tcMar>
          </w:tcPr>
          <w:p>
            <w:r>
              <w:rPr>
                <w:sz w:val="16"/>
              </w:rPr>
              <w:t>1. Color change</w:t>
            </w:r>
          </w:p>
        </w:tc>
        <w:tc>
          <w:tcPr>
            <w:tcW w:type="dxa" w:w="2520"/>
            <w:tcMar>
              <w:top w:w="60" w:type="dxa"/>
              <w:start w:w="60" w:type="dxa"/>
              <w:bottom w:w="60" w:type="dxa"/>
              <w:end w:w="60" w:type="dxa"/>
            </w:tcMar>
          </w:tcPr>
          <w:p>
            <w:r>
              <w:rPr>
                <w:sz w:val="16"/>
              </w:rPr>
              <w:t>Starts white/off-white. By 15 min, a yellow inner region is exposed. From 30 to 60 min, the mass becomes pale yellow-white and the yellow area becomes less distinct.</w:t>
            </w:r>
          </w:p>
        </w:tc>
        <w:tc>
          <w:tcPr>
            <w:tcW w:type="dxa" w:w="2520"/>
            <w:tcMar>
              <w:top w:w="60" w:type="dxa"/>
              <w:start w:w="60" w:type="dxa"/>
              <w:bottom w:w="60" w:type="dxa"/>
              <w:end w:w="60" w:type="dxa"/>
            </w:tcMar>
          </w:tcPr>
          <w:p>
            <w:r>
              <w:rPr>
                <w:sz w:val="16"/>
              </w:rPr>
              <w:t>Follows the same pattern: white/off-white at 0 min, yellow core exposed at 15 min, then fading into pale yellow-white residue.</w:t>
            </w:r>
          </w:p>
        </w:tc>
        <w:tc>
          <w:tcPr>
            <w:tcW w:type="dxa" w:w="2520"/>
            <w:tcMar>
              <w:top w:w="60" w:type="dxa"/>
              <w:start w:w="60" w:type="dxa"/>
              <w:bottom w:w="60" w:type="dxa"/>
              <w:end w:w="60" w:type="dxa"/>
            </w:tcMar>
          </w:tcPr>
          <w:p>
            <w:r>
              <w:rPr>
                <w:sz w:val="16"/>
              </w:rPr>
              <w:t>Highly similar. The timing and direction of color change are almost the same, supporting a same-drug or very similar-formulation interpretation.</w:t>
            </w:r>
          </w:p>
        </w:tc>
      </w:tr>
      <w:tr>
        <w:tc>
          <w:tcPr>
            <w:tcW w:type="dxa" w:w="2520"/>
            <w:tcMar>
              <w:top w:w="60" w:type="dxa"/>
              <w:start w:w="60" w:type="dxa"/>
              <w:bottom w:w="60" w:type="dxa"/>
              <w:end w:w="60" w:type="dxa"/>
            </w:tcMar>
          </w:tcPr>
          <w:p>
            <w:r>
              <w:rPr>
                <w:sz w:val="16"/>
              </w:rPr>
              <w:t>2. Shape change</w:t>
            </w:r>
          </w:p>
        </w:tc>
        <w:tc>
          <w:tcPr>
            <w:tcW w:type="dxa" w:w="2520"/>
            <w:tcMar>
              <w:top w:w="60" w:type="dxa"/>
              <w:start w:w="60" w:type="dxa"/>
              <w:bottom w:w="60" w:type="dxa"/>
              <w:end w:w="60" w:type="dxa"/>
            </w:tcMar>
          </w:tcPr>
          <w:p>
            <w:r>
              <w:rPr>
                <w:sz w:val="16"/>
              </w:rPr>
              <w:t>At 0 min, the tablet appears intact, slightly tilted, round/biconvex or bevel-edged. By 15 min, the original shape is lost and becomes an irregular mound. By 60 min, only a low powdery residue remains.</w:t>
            </w:r>
          </w:p>
        </w:tc>
        <w:tc>
          <w:tcPr>
            <w:tcW w:type="dxa" w:w="2520"/>
            <w:tcMar>
              <w:top w:w="60" w:type="dxa"/>
              <w:start w:w="60" w:type="dxa"/>
              <w:bottom w:w="60" w:type="dxa"/>
              <w:end w:w="60" w:type="dxa"/>
            </w:tcMar>
          </w:tcPr>
          <w:p>
            <w:r>
              <w:rPr>
                <w:sz w:val="16"/>
              </w:rPr>
              <w:t>At 0 min, the tablet is intact, more horizontally positioned, short cylindrical, and flat-sided. By 15 min, it also becomes an irregular mound. By 60 min, only a low residue remains.</w:t>
            </w:r>
          </w:p>
        </w:tc>
        <w:tc>
          <w:tcPr>
            <w:tcW w:type="dxa" w:w="2520"/>
            <w:tcMar>
              <w:top w:w="60" w:type="dxa"/>
              <w:start w:w="60" w:type="dxa"/>
              <w:bottom w:w="60" w:type="dxa"/>
              <w:end w:w="60" w:type="dxa"/>
            </w:tcMar>
          </w:tcPr>
          <w:p>
            <w:r>
              <w:rPr>
                <w:sz w:val="16"/>
              </w:rPr>
              <w:t>Similar overall transformation. The initial posture differs, but this may be due to orientation on the support surface rather than a true drug difference.</w:t>
            </w:r>
          </w:p>
        </w:tc>
      </w:tr>
      <w:tr>
        <w:tc>
          <w:tcPr>
            <w:tcW w:type="dxa" w:w="2520"/>
            <w:tcMar>
              <w:top w:w="60" w:type="dxa"/>
              <w:start w:w="60" w:type="dxa"/>
              <w:bottom w:w="60" w:type="dxa"/>
              <w:end w:w="60" w:type="dxa"/>
            </w:tcMar>
          </w:tcPr>
          <w:p>
            <w:r>
              <w:rPr>
                <w:sz w:val="16"/>
              </w:rPr>
              <w:t>3. Surface texture change</w:t>
            </w:r>
          </w:p>
        </w:tc>
        <w:tc>
          <w:tcPr>
            <w:tcW w:type="dxa" w:w="2520"/>
            <w:tcMar>
              <w:top w:w="60" w:type="dxa"/>
              <w:start w:w="60" w:type="dxa"/>
              <w:bottom w:w="60" w:type="dxa"/>
              <w:end w:w="60" w:type="dxa"/>
            </w:tcMar>
          </w:tcPr>
          <w:p>
            <w:r>
              <w:rPr>
                <w:sz w:val="16"/>
              </w:rPr>
              <w:t>Smooth compact surface at 0 min; by 15 min it becomes fluffy, porous, granular, and powder-like; later it remains rough and crumbly.</w:t>
            </w:r>
          </w:p>
        </w:tc>
        <w:tc>
          <w:tcPr>
            <w:tcW w:type="dxa" w:w="2520"/>
            <w:tcMar>
              <w:top w:w="60" w:type="dxa"/>
              <w:start w:w="60" w:type="dxa"/>
              <w:bottom w:w="60" w:type="dxa"/>
              <w:end w:w="60" w:type="dxa"/>
            </w:tcMar>
          </w:tcPr>
          <w:p>
            <w:r>
              <w:rPr>
                <w:sz w:val="16"/>
              </w:rPr>
              <w:t>Same: smooth at 0 min, then fluffy/porous/granular after 15 min, with progressive powdering.</w:t>
            </w:r>
          </w:p>
        </w:tc>
        <w:tc>
          <w:tcPr>
            <w:tcW w:type="dxa" w:w="2520"/>
            <w:tcMar>
              <w:top w:w="60" w:type="dxa"/>
              <w:start w:w="60" w:type="dxa"/>
              <w:bottom w:w="60" w:type="dxa"/>
              <w:end w:w="60" w:type="dxa"/>
            </w:tcMar>
          </w:tcPr>
          <w:p>
            <w:r>
              <w:rPr>
                <w:sz w:val="16"/>
              </w:rPr>
              <w:t>Very similar. Both show compact to porous to powdery surface breakdown.</w:t>
            </w:r>
          </w:p>
        </w:tc>
      </w:tr>
      <w:tr>
        <w:tc>
          <w:tcPr>
            <w:tcW w:type="dxa" w:w="2520"/>
            <w:tcMar>
              <w:top w:w="60" w:type="dxa"/>
              <w:start w:w="60" w:type="dxa"/>
              <w:bottom w:w="60" w:type="dxa"/>
              <w:end w:w="60" w:type="dxa"/>
            </w:tcMar>
          </w:tcPr>
          <w:p>
            <w:r>
              <w:rPr>
                <w:sz w:val="16"/>
              </w:rPr>
              <w:t>4. Volume change</w:t>
            </w:r>
          </w:p>
        </w:tc>
        <w:tc>
          <w:tcPr>
            <w:tcW w:type="dxa" w:w="2520"/>
            <w:tcMar>
              <w:top w:w="60" w:type="dxa"/>
              <w:start w:w="60" w:type="dxa"/>
              <w:bottom w:w="60" w:type="dxa"/>
              <w:end w:w="60" w:type="dxa"/>
            </w:tcMar>
          </w:tcPr>
          <w:p>
            <w:r>
              <w:rPr>
                <w:sz w:val="16"/>
              </w:rPr>
              <w:t>Apparent swelling/loosening at 15 min, followed by gradual reduction and flattening from 30 to 60 min.</w:t>
            </w:r>
          </w:p>
        </w:tc>
        <w:tc>
          <w:tcPr>
            <w:tcW w:type="dxa" w:w="2520"/>
            <w:tcMar>
              <w:top w:w="60" w:type="dxa"/>
              <w:start w:w="60" w:type="dxa"/>
              <w:bottom w:w="60" w:type="dxa"/>
              <w:end w:w="60" w:type="dxa"/>
            </w:tcMar>
          </w:tcPr>
          <w:p>
            <w:r>
              <w:rPr>
                <w:sz w:val="16"/>
              </w:rPr>
              <w:t>Same general trend: apparent expansion at 15 min, then gradual lowering and reduction by 45 to 60 min.</w:t>
            </w:r>
          </w:p>
        </w:tc>
        <w:tc>
          <w:tcPr>
            <w:tcW w:type="dxa" w:w="2520"/>
            <w:tcMar>
              <w:top w:w="60" w:type="dxa"/>
              <w:start w:w="60" w:type="dxa"/>
              <w:bottom w:w="60" w:type="dxa"/>
              <w:end w:w="60" w:type="dxa"/>
            </w:tcMar>
          </w:tcPr>
          <w:p>
            <w:r>
              <w:rPr>
                <w:sz w:val="16"/>
              </w:rPr>
              <w:t>Similar. Both show early swelling/loosening followed by collapse and volume reduction.</w:t>
            </w:r>
          </w:p>
        </w:tc>
      </w:tr>
      <w:tr>
        <w:tc>
          <w:tcPr>
            <w:tcW w:type="dxa" w:w="2520"/>
            <w:tcMar>
              <w:top w:w="60" w:type="dxa"/>
              <w:start w:w="60" w:type="dxa"/>
              <w:bottom w:w="60" w:type="dxa"/>
              <w:end w:w="60" w:type="dxa"/>
            </w:tcMar>
          </w:tcPr>
          <w:p>
            <w:r>
              <w:rPr>
                <w:sz w:val="16"/>
              </w:rPr>
              <w:t>5. Dissolution speed and time</w:t>
            </w:r>
          </w:p>
        </w:tc>
        <w:tc>
          <w:tcPr>
            <w:tcW w:type="dxa" w:w="2520"/>
            <w:tcMar>
              <w:top w:w="60" w:type="dxa"/>
              <w:start w:w="60" w:type="dxa"/>
              <w:bottom w:w="60" w:type="dxa"/>
              <w:end w:w="60" w:type="dxa"/>
            </w:tcMar>
          </w:tcPr>
          <w:p>
            <w:r>
              <w:rPr>
                <w:sz w:val="16"/>
              </w:rPr>
              <w:t>Rapid change from 0 to 15 min; slower erosion from 15 to 60 min.</w:t>
            </w:r>
          </w:p>
        </w:tc>
        <w:tc>
          <w:tcPr>
            <w:tcW w:type="dxa" w:w="2520"/>
            <w:tcMar>
              <w:top w:w="60" w:type="dxa"/>
              <w:start w:w="60" w:type="dxa"/>
              <w:bottom w:w="60" w:type="dxa"/>
              <w:end w:w="60" w:type="dxa"/>
            </w:tcMar>
          </w:tcPr>
          <w:p>
            <w:r>
              <w:rPr>
                <w:sz w:val="16"/>
              </w:rPr>
              <w:t>Same: major structural failure occurs within the first 15 min; later stages are gradual erosion.</w:t>
            </w:r>
          </w:p>
        </w:tc>
        <w:tc>
          <w:tcPr>
            <w:tcW w:type="dxa" w:w="2520"/>
            <w:tcMar>
              <w:top w:w="60" w:type="dxa"/>
              <w:start w:w="60" w:type="dxa"/>
              <w:bottom w:w="60" w:type="dxa"/>
              <w:end w:w="60" w:type="dxa"/>
            </w:tcMar>
          </w:tcPr>
          <w:p>
            <w:r>
              <w:rPr>
                <w:sz w:val="16"/>
              </w:rPr>
              <w:t>Highly similar. The disintegration rate curve appears nearly the same.</w:t>
            </w:r>
          </w:p>
        </w:tc>
      </w:tr>
      <w:tr>
        <w:tc>
          <w:tcPr>
            <w:tcW w:type="dxa" w:w="2520"/>
            <w:tcMar>
              <w:top w:w="60" w:type="dxa"/>
              <w:start w:w="60" w:type="dxa"/>
              <w:bottom w:w="60" w:type="dxa"/>
              <w:end w:w="60" w:type="dxa"/>
            </w:tcMar>
          </w:tcPr>
          <w:p>
            <w:r>
              <w:rPr>
                <w:sz w:val="16"/>
              </w:rPr>
              <w:t>6. Physical state change</w:t>
            </w:r>
          </w:p>
        </w:tc>
        <w:tc>
          <w:tcPr>
            <w:tcW w:type="dxa" w:w="2520"/>
            <w:tcMar>
              <w:top w:w="60" w:type="dxa"/>
              <w:start w:w="60" w:type="dxa"/>
              <w:bottom w:w="60" w:type="dxa"/>
              <w:end w:w="60" w:type="dxa"/>
            </w:tcMar>
          </w:tcPr>
          <w:p>
            <w:r>
              <w:rPr>
                <w:sz w:val="16"/>
              </w:rPr>
              <w:t>Solid intact tablet to hydrated porous mass to weak granular residue.</w:t>
            </w:r>
          </w:p>
        </w:tc>
        <w:tc>
          <w:tcPr>
            <w:tcW w:type="dxa" w:w="2520"/>
            <w:tcMar>
              <w:top w:w="60" w:type="dxa"/>
              <w:start w:w="60" w:type="dxa"/>
              <w:bottom w:w="60" w:type="dxa"/>
              <w:end w:w="60" w:type="dxa"/>
            </w:tcMar>
          </w:tcPr>
          <w:p>
            <w:r>
              <w:rPr>
                <w:sz w:val="16"/>
              </w:rPr>
              <w:t>Same sequence: solid tablet to swollen porous aggregate to powdery residue.</w:t>
            </w:r>
          </w:p>
        </w:tc>
        <w:tc>
          <w:tcPr>
            <w:tcW w:type="dxa" w:w="2520"/>
            <w:tcMar>
              <w:top w:w="60" w:type="dxa"/>
              <w:start w:w="60" w:type="dxa"/>
              <w:bottom w:w="60" w:type="dxa"/>
              <w:end w:w="60" w:type="dxa"/>
            </w:tcMar>
          </w:tcPr>
          <w:p>
            <w:r>
              <w:rPr>
                <w:sz w:val="16"/>
              </w:rPr>
              <w:t>Very similar. Both show comparable swelling, internal weakening, collapse, and particle generation.</w:t>
            </w:r>
          </w:p>
        </w:tc>
      </w:tr>
      <w:tr>
        <w:tc>
          <w:tcPr>
            <w:tcW w:type="dxa" w:w="2520"/>
            <w:tcMar>
              <w:top w:w="60" w:type="dxa"/>
              <w:start w:w="60" w:type="dxa"/>
              <w:bottom w:w="60" w:type="dxa"/>
              <w:end w:w="60" w:type="dxa"/>
            </w:tcMar>
          </w:tcPr>
          <w:p>
            <w:r>
              <w:rPr>
                <w:sz w:val="16"/>
              </w:rPr>
              <w:t>7. Dissolution medium</w:t>
            </w:r>
          </w:p>
        </w:tc>
        <w:tc>
          <w:tcPr>
            <w:tcW w:type="dxa" w:w="2520"/>
            <w:tcMar>
              <w:top w:w="60" w:type="dxa"/>
              <w:start w:w="60" w:type="dxa"/>
              <w:bottom w:w="60" w:type="dxa"/>
              <w:end w:w="60" w:type="dxa"/>
            </w:tcMar>
          </w:tcPr>
          <w:p>
            <w:r>
              <w:rPr>
                <w:sz w:val="16"/>
              </w:rPr>
              <w:t>Medium remains mostly visually clear/dark, with local suspended particles near the tablet. No full-field uniform cloudiness is obvious.</w:t>
            </w:r>
          </w:p>
        </w:tc>
        <w:tc>
          <w:tcPr>
            <w:tcW w:type="dxa" w:w="2520"/>
            <w:tcMar>
              <w:top w:w="60" w:type="dxa"/>
              <w:start w:w="60" w:type="dxa"/>
              <w:bottom w:w="60" w:type="dxa"/>
              <w:end w:w="60" w:type="dxa"/>
            </w:tcMar>
          </w:tcPr>
          <w:p>
            <w:r>
              <w:rPr>
                <w:sz w:val="16"/>
              </w:rPr>
              <w:t>Same: local particles around the tablet and support line, but no strong uniform turbidity across the whole field.</w:t>
            </w:r>
          </w:p>
        </w:tc>
        <w:tc>
          <w:tcPr>
            <w:tcW w:type="dxa" w:w="2520"/>
            <w:tcMar>
              <w:top w:w="60" w:type="dxa"/>
              <w:start w:w="60" w:type="dxa"/>
              <w:bottom w:w="60" w:type="dxa"/>
              <w:end w:w="60" w:type="dxa"/>
            </w:tcMar>
          </w:tcPr>
          <w:p>
            <w:r>
              <w:rPr>
                <w:sz w:val="16"/>
              </w:rPr>
              <w:t>Similar. Both show localized particulate suspension rather than a completely cloudy medium.</w:t>
            </w:r>
          </w:p>
        </w:tc>
      </w:tr>
      <w:tr>
        <w:tc>
          <w:tcPr>
            <w:tcW w:type="dxa" w:w="2520"/>
            <w:tcMar>
              <w:top w:w="60" w:type="dxa"/>
              <w:start w:w="60" w:type="dxa"/>
              <w:bottom w:w="60" w:type="dxa"/>
              <w:end w:w="60" w:type="dxa"/>
            </w:tcMar>
          </w:tcPr>
          <w:p>
            <w:r>
              <w:rPr>
                <w:sz w:val="16"/>
              </w:rPr>
              <w:t>8. Fragment distribution with density</w:t>
            </w:r>
          </w:p>
        </w:tc>
        <w:tc>
          <w:tcPr>
            <w:tcW w:type="dxa" w:w="2520"/>
            <w:tcMar>
              <w:top w:w="60" w:type="dxa"/>
              <w:start w:w="60" w:type="dxa"/>
              <w:bottom w:w="60" w:type="dxa"/>
              <w:end w:w="60" w:type="dxa"/>
            </w:tcMar>
          </w:tcPr>
          <w:p>
            <w:r>
              <w:rPr>
                <w:sz w:val="16"/>
              </w:rPr>
              <w:t>Fine particles concentrate around the tablet and along the support surface; heavier material settles near or below the base by 60 min.</w:t>
            </w:r>
          </w:p>
        </w:tc>
        <w:tc>
          <w:tcPr>
            <w:tcW w:type="dxa" w:w="2520"/>
            <w:tcMar>
              <w:top w:w="60" w:type="dxa"/>
              <w:start w:w="60" w:type="dxa"/>
              <w:bottom w:w="60" w:type="dxa"/>
              <w:end w:w="60" w:type="dxa"/>
            </w:tcMar>
          </w:tcPr>
          <w:p>
            <w:r>
              <w:rPr>
                <w:sz w:val="16"/>
              </w:rPr>
              <w:t>Same: fragments are densest near the base, with some suspended particles and settled material below the support line.</w:t>
            </w:r>
          </w:p>
        </w:tc>
        <w:tc>
          <w:tcPr>
            <w:tcW w:type="dxa" w:w="2520"/>
            <w:tcMar>
              <w:top w:w="60" w:type="dxa"/>
              <w:start w:w="60" w:type="dxa"/>
              <w:bottom w:w="60" w:type="dxa"/>
              <w:end w:w="60" w:type="dxa"/>
            </w:tcMar>
          </w:tcPr>
          <w:p>
            <w:r>
              <w:rPr>
                <w:sz w:val="16"/>
              </w:rPr>
              <w:t>Very similar. Both show the same fragment behavior: local high-density residue near the tablet, finer particles suspended, and larger particles settled.</w:t>
            </w:r>
          </w:p>
        </w:tc>
      </w:tr>
    </w:tbl>
    <w:p/>
    <w:p>
      <w:pPr>
        <w:pStyle w:val="Heading2"/>
      </w:pPr>
      <w:r>
        <w:t>Why the Two Groups Are Likely the Same Drug</w:t>
      </w:r>
    </w:p>
    <w:p>
      <w:pPr>
        <w:spacing w:after="100" w:line="259" w:lineRule="auto"/>
      </w:pPr>
      <w:r>
        <w:t>The strongest evidence is the matching time sequence:</w:t>
      </w:r>
    </w:p>
    <w:p>
      <w:pPr>
        <w:pStyle w:val="ListBullet"/>
        <w:spacing w:after="60"/>
      </w:pPr>
      <w:r>
        <w:t>0 min: both are intact white tablets.</w:t>
      </w:r>
    </w:p>
    <w:p>
      <w:pPr>
        <w:pStyle w:val="ListBullet"/>
        <w:spacing w:after="60"/>
      </w:pPr>
      <w:r>
        <w:t>15 min: both rapidly expose a yellow inner region and become swollen, porous, fluffy masses.</w:t>
      </w:r>
    </w:p>
    <w:p>
      <w:pPr>
        <w:pStyle w:val="ListBullet"/>
        <w:spacing w:after="60"/>
      </w:pPr>
      <w:r>
        <w:t>30 min: both lose the original tablet outline and form yellow-white granular mounds.</w:t>
      </w:r>
    </w:p>
    <w:p>
      <w:pPr>
        <w:pStyle w:val="ListBullet"/>
        <w:spacing w:after="60"/>
      </w:pPr>
      <w:r>
        <w:t>45 min: both become paler, lower, and more eroded.</w:t>
      </w:r>
    </w:p>
    <w:p>
      <w:pPr>
        <w:pStyle w:val="ListBullet"/>
        <w:spacing w:after="60"/>
      </w:pPr>
      <w:r>
        <w:t>60 min: both remain as low, pale, powdery residues with settled fragments near the base.</w:t>
      </w:r>
    </w:p>
    <w:p>
      <w:pPr>
        <w:spacing w:after="100" w:line="259" w:lineRule="auto"/>
      </w:pPr>
      <w:r>
        <w:t>The initial tablet appearance is not perfectly identical. Group A appears more tilted and slightly more biconvex, while Group B appears more upright, flatter-sided, and cylindrical. However, this difference is weaker than the similarities in disintegration behavior. It may be caused by tablet orientation, camera angle, positioning on the support, or small batch/formulation variation.</w:t>
      </w:r>
    </w:p>
    <w:p>
      <w:pPr>
        <w:pStyle w:val="Heading2"/>
      </w:pPr>
      <w:r>
        <w:t>Final Determination</w:t>
      </w:r>
    </w:p>
    <w:p>
      <w:pPr>
        <w:spacing w:after="120"/>
      </w:pPr>
      <w:r>
        <w:rPr>
          <w:b/>
          <w:color w:val="1F4E79"/>
        </w:rPr>
        <w:t>Conclusion: Group A and Group B are likely from the same drug or from a very similar formulation.</w:t>
      </w:r>
    </w:p>
    <w:p>
      <w:pPr>
        <w:spacing w:after="100" w:line="259" w:lineRule="auto"/>
      </w:pPr>
      <w:r>
        <w:t>I would not classify them as clearly different drugs based on these images. The shared yellow-core exposure, rapid 0-15 min breakdown, fluffy porous texture, gradual collapse, and similar fragment/sediment distribution all support the same-drug judgment. Visual confidence is moderate to high, but chemical confirmation would require analytical testing rather than image comparison alone.</w:t>
      </w:r>
    </w:p>
    <w:sectPr w:rsidR="00FC693F" w:rsidRPr="0006063C" w:rsidSect="00034616">
      <w:footerReference w:type="default" r:id="rId1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Doxycycline Hyclate Tablet Disintegration Image Analysis - Edited English Conversation Transcript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Label">
    <w:name w:val="Speaker Label"/>
    <w:rPr>
      <w:rFonts w:ascii="Arial" w:hAnsi="Arial" w:eastAsia="Arial"/>
      <w:b/>
      <w:color w:val="2F5597"/>
      <w:sz w:val="21"/>
    </w:rPr>
  </w:style>
  <w:style w:type="paragraph" w:customStyle="1" w:styleId="SmallCaption">
    <w:name w:val="Small Caption"/>
    <w:rPr>
      <w:rFonts w:ascii="Arial" w:hAnsi="Arial" w:eastAsia="Arial"/>
      <w:i/>
      <w:color w:val="50505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